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83340" w14:textId="77777777" w:rsidR="00C91940" w:rsidRDefault="00982C51">
      <w:pPr>
        <w:jc w:val="center"/>
      </w:pPr>
      <w:r>
        <w:rPr>
          <w:b/>
          <w:color w:val="1F5D5D"/>
          <w:sz w:val="36"/>
        </w:rPr>
        <w:t>OBIEKT / HOTEL KONFERENCYJNY</w:t>
      </w:r>
    </w:p>
    <w:p w14:paraId="3222D566" w14:textId="77777777" w:rsidR="00C91940" w:rsidRDefault="00982C51">
      <w:pPr>
        <w:jc w:val="center"/>
      </w:pPr>
      <w:r>
        <w:rPr>
          <w:b/>
          <w:sz w:val="24"/>
        </w:rPr>
        <w:t>Ankieta SKKP - zrównoważony rozwój w branży MICE</w:t>
      </w:r>
    </w:p>
    <w:p w14:paraId="7D6177E7" w14:textId="77777777" w:rsidR="00C91940" w:rsidRDefault="00982C51">
      <w:pPr>
        <w:spacing w:after="100"/>
      </w:pPr>
      <w:r>
        <w:t>Szanowni Państwo, Przedstawiciele Obiektów i Hoteli Konferencyjnych,</w:t>
      </w:r>
    </w:p>
    <w:p w14:paraId="1F41CE8F" w14:textId="77777777" w:rsidR="00C91940" w:rsidRDefault="00982C51">
      <w:pPr>
        <w:spacing w:after="100"/>
      </w:pPr>
      <w:r>
        <w:t>W dobie dynamicznych zmian gospodarczych oraz rosnącej świadomości ekologicznej i społecznej, zrównoważony rozwój przestaje być jedynie trendem, a staje się fundamentem nowoczesnej branży spotkań. Jako Stowarzyszenie Konferencje i Kongresy w Polsce (SKKP), dążymy do wyznaczania najwyższych standardów profesjonalizmu i odpowiedzialności w sektorze MICE w naszym kraju.</w:t>
      </w:r>
    </w:p>
    <w:p w14:paraId="3A9DFE52" w14:textId="77777777" w:rsidR="00C91940" w:rsidRDefault="00982C51">
      <w:pPr>
        <w:spacing w:after="100"/>
      </w:pPr>
      <w:r>
        <w:t>Niniejsza ankieta służy ocenie aktualnego poziomu wdrożenia praktyk zrównoważonego rozwoju w polskich obiektach konferencyjnych. Państwa odpowiedzi pozwolą nam zdiagnozować potencjał rodzimego rynku oraz zidentyfikować obszary wymagające wsparcia.</w:t>
      </w:r>
    </w:p>
    <w:p w14:paraId="5A32565F" w14:textId="77777777" w:rsidR="00C91940" w:rsidRDefault="00982C51">
      <w:r>
        <w:rPr>
          <w:b/>
          <w:color w:val="1F5D5D"/>
        </w:rPr>
        <w:t>Współtwórz z nami katalog „Spotlight on Green Poland”</w:t>
      </w:r>
    </w:p>
    <w:p w14:paraId="58285865" w14:textId="77777777" w:rsidR="00C91940" w:rsidRDefault="00982C51">
      <w:r>
        <w:t>Niezwykle ważnym elementem naszego projektu jest stworzenie interaktywnej mapy oraz katalogu „Spotlight on Green Poland”. Publikacja ta będzie prezentować zweryfikowane obiekty i hotele bezpośrednio zagranicznym oraz krajowym planistom wydarzeń (meeting plannerom), szukającym sprawdzonych, zrównoważonych miejsc na organizację eventów. Państwa obiekt ma szansę stać się częścią tego prestiżowego zestawienia.</w:t>
      </w:r>
    </w:p>
    <w:p w14:paraId="1ED40B63" w14:textId="77777777" w:rsidR="00C91940" w:rsidRDefault="00982C51">
      <w:r>
        <w:t xml:space="preserve">Dziękujemy za poświęcony czas i wkład w budowanie zielonej </w:t>
      </w:r>
      <w:proofErr w:type="spellStart"/>
      <w:r>
        <w:t>przyszłości</w:t>
      </w:r>
      <w:proofErr w:type="spellEnd"/>
      <w:r>
        <w:t xml:space="preserve"> </w:t>
      </w:r>
      <w:proofErr w:type="spellStart"/>
      <w:r>
        <w:t>polskiego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konferencyjnego</w:t>
      </w:r>
      <w:proofErr w:type="spellEnd"/>
      <w:r>
        <w:t>.</w:t>
      </w:r>
    </w:p>
    <w:p w14:paraId="5DD45B73" w14:textId="079BE044" w:rsidR="00F57A5B" w:rsidRDefault="00F57A5B">
      <w:proofErr w:type="spellStart"/>
      <w:r>
        <w:t>Wypełnioną</w:t>
      </w:r>
      <w:proofErr w:type="spellEnd"/>
      <w:r>
        <w:t xml:space="preserve"> </w:t>
      </w:r>
      <w:proofErr w:type="spellStart"/>
      <w:r>
        <w:t>ankietę</w:t>
      </w:r>
      <w:proofErr w:type="spellEnd"/>
      <w:r>
        <w:t xml:space="preserve"> </w:t>
      </w:r>
      <w:proofErr w:type="spellStart"/>
      <w:r>
        <w:t>wraz</w:t>
      </w:r>
      <w:proofErr w:type="spellEnd"/>
      <w:r>
        <w:t xml:space="preserve"> z </w:t>
      </w:r>
      <w:proofErr w:type="spellStart"/>
      <w:r>
        <w:t>załącznikami</w:t>
      </w:r>
      <w:proofErr w:type="spellEnd"/>
      <w:r>
        <w:t xml:space="preserve"> </w:t>
      </w:r>
      <w:proofErr w:type="spellStart"/>
      <w:r>
        <w:t>prosimy</w:t>
      </w:r>
      <w:proofErr w:type="spellEnd"/>
      <w:r>
        <w:t xml:space="preserve"> </w:t>
      </w:r>
      <w:proofErr w:type="spellStart"/>
      <w:r>
        <w:t>przesłać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e-mail: </w:t>
      </w:r>
      <w:hyperlink r:id="rId8" w:history="1">
        <w:r w:rsidRPr="00B66A06">
          <w:rPr>
            <w:rStyle w:val="Hipercze"/>
          </w:rPr>
          <w:t>akademia@skkp.org.pl</w:t>
        </w:r>
      </w:hyperlink>
    </w:p>
    <w:p w14:paraId="47C58FA2" w14:textId="77777777" w:rsidR="00C91940" w:rsidRDefault="00982C51">
      <w:pPr>
        <w:pStyle w:val="Instruction"/>
      </w:pPr>
      <w:r>
        <w:t>* oznacza pytanie wymagane. Pola z jasnym tłem są interaktywne: kliknij pole i wpisz odpowiedź lub wybierz wartość z listy. Dokumenty wskazane w ankiecie proszę dołączyć do wiadomości e-mail jako osobne załączniki.</w:t>
      </w:r>
    </w:p>
    <w:p w14:paraId="01241C50" w14:textId="77777777" w:rsidR="00C91940" w:rsidRDefault="00982C51">
      <w:pPr>
        <w:pStyle w:val="Nagwek1"/>
      </w:pPr>
      <w:r>
        <w:t>DANE OBIEKTU</w:t>
      </w:r>
    </w:p>
    <w:p w14:paraId="615ED019" w14:textId="77777777" w:rsidR="00C91940" w:rsidRDefault="00982C51">
      <w:pPr>
        <w:keepNext/>
        <w:spacing w:before="120" w:after="60"/>
      </w:pPr>
      <w:r>
        <w:rPr>
          <w:b/>
        </w:rPr>
        <w:t>1. Adres e-mail</w:t>
      </w:r>
      <w:r>
        <w:rPr>
          <w:b/>
          <w:color w:val="C00000"/>
        </w:rPr>
        <w:t xml:space="preserve"> *</w:t>
      </w:r>
    </w:p>
    <w:p w14:paraId="0D624147" w14:textId="77777777" w:rsidR="00C91940" w:rsidRDefault="00982C51">
      <w:pPr>
        <w:ind w:left="227"/>
      </w:pPr>
      <w:sdt>
        <w:sdtPr>
          <w:alias w:val="Q1_EMAIL"/>
          <w:tag w:val="Q1_EMAIL"/>
          <w:id w:val="1001"/>
          <w:text/>
        </w:sdtPr>
        <w:sdtEndPr/>
        <w:sdtContent>
          <w:r>
            <w:rPr>
              <w:color w:val="666666"/>
              <w:shd w:val="clear" w:color="auto" w:fill="EAF2F2"/>
            </w:rPr>
            <w:t>Kliknij i wpisz odpowiedź</w:t>
          </w:r>
        </w:sdtContent>
      </w:sdt>
    </w:p>
    <w:p w14:paraId="0D6EF8D8" w14:textId="77777777" w:rsidR="00C91940" w:rsidRDefault="00982C51">
      <w:pPr>
        <w:keepNext/>
        <w:spacing w:before="120" w:after="60"/>
      </w:pPr>
      <w:r>
        <w:rPr>
          <w:b/>
        </w:rPr>
        <w:t>2. Imię i nazwisko</w:t>
      </w:r>
      <w:r>
        <w:rPr>
          <w:b/>
          <w:color w:val="C00000"/>
        </w:rPr>
        <w:t xml:space="preserve"> *</w:t>
      </w:r>
    </w:p>
    <w:p w14:paraId="754D24D9" w14:textId="77777777" w:rsidR="00C91940" w:rsidRDefault="00982C51">
      <w:pPr>
        <w:ind w:left="227"/>
      </w:pPr>
      <w:sdt>
        <w:sdtPr>
          <w:alias w:val="Q2_NAME"/>
          <w:tag w:val="Q2_NAME"/>
          <w:id w:val="1002"/>
          <w:text/>
        </w:sdtPr>
        <w:sdtEndPr/>
        <w:sdtContent>
          <w:r>
            <w:rPr>
              <w:color w:val="666666"/>
              <w:shd w:val="clear" w:color="auto" w:fill="EAF2F2"/>
            </w:rPr>
            <w:t>Kliknij i wpisz odpowiedź</w:t>
          </w:r>
        </w:sdtContent>
      </w:sdt>
    </w:p>
    <w:p w14:paraId="2B8B8362" w14:textId="77777777" w:rsidR="00C91940" w:rsidRDefault="00982C51">
      <w:pPr>
        <w:keepNext/>
        <w:spacing w:before="120" w:after="60"/>
      </w:pPr>
      <w:r>
        <w:rPr>
          <w:b/>
        </w:rPr>
        <w:t>3. Nazwa i adres obiektu</w:t>
      </w:r>
      <w:r>
        <w:rPr>
          <w:b/>
          <w:color w:val="C00000"/>
        </w:rPr>
        <w:t xml:space="preserve"> *</w:t>
      </w:r>
    </w:p>
    <w:p w14:paraId="223C0578" w14:textId="77777777" w:rsidR="00C91940" w:rsidRDefault="00982C51">
      <w:pPr>
        <w:ind w:left="227"/>
      </w:pPr>
      <w:sdt>
        <w:sdtPr>
          <w:alias w:val="Q3_OBJECT"/>
          <w:tag w:val="Q3_OBJECT"/>
          <w:id w:val="1003"/>
          <w:text w:multiLine="1"/>
        </w:sdtPr>
        <w:sdtEndPr/>
        <w:sdtContent>
          <w:r>
            <w:rPr>
              <w:color w:val="666666"/>
              <w:shd w:val="clear" w:color="auto" w:fill="EAF2F2"/>
            </w:rPr>
            <w:t>Kliknij i wpisz odpowiedź</w:t>
          </w:r>
        </w:sdtContent>
      </w:sdt>
    </w:p>
    <w:p w14:paraId="73AA8F47" w14:textId="77777777" w:rsidR="00C91940" w:rsidRDefault="00982C51">
      <w:pPr>
        <w:keepNext/>
        <w:spacing w:before="120" w:after="60"/>
      </w:pPr>
      <w:r>
        <w:rPr>
          <w:b/>
        </w:rPr>
        <w:t>4. Województwo</w:t>
      </w:r>
      <w:r>
        <w:rPr>
          <w:b/>
          <w:color w:val="C00000"/>
        </w:rPr>
        <w:t xml:space="preserve"> *</w:t>
      </w:r>
    </w:p>
    <w:p w14:paraId="714789F4" w14:textId="77777777" w:rsidR="00C91940" w:rsidRDefault="00982C51">
      <w:pPr>
        <w:ind w:left="227"/>
      </w:pPr>
      <w:sdt>
        <w:sdtPr>
          <w:alias w:val="Q4_REGION"/>
          <w:tag w:val="Q4_REGION"/>
          <w:id w:val="1004"/>
          <w:dropDownList>
            <w:listItem w:displayText="— wybierz —" w:value=""/>
            <w:listItem w:displayText="Dolnośląskie" w:value="Dolnośląskie"/>
            <w:listItem w:displayText="Kujawsko-Pomorskie" w:value="Kujawsko-Pomorskie"/>
            <w:listItem w:displayText="Lubelskie" w:value="Lubelskie"/>
            <w:listItem w:displayText="Lubuskie" w:value="Lubuskie"/>
            <w:listItem w:displayText="Łódzkie" w:value="Łódzkie"/>
            <w:listItem w:displayText="Małopolskie" w:value="Małopolskie"/>
            <w:listItem w:displayText="Mazowieckie" w:value="Mazowieckie"/>
            <w:listItem w:displayText="Opolskie" w:value="Opolskie"/>
            <w:listItem w:displayText="Podkarpackie" w:value="Podkarpackie"/>
            <w:listItem w:displayText="Podlaskie" w:value="Podlaskie"/>
            <w:listItem w:displayText="Pomorskie" w:value="Pomorskie"/>
            <w:listItem w:displayText="Śląskie" w:value="Śląskie"/>
            <w:listItem w:displayText="Świętokrzyskie" w:value="Świętokrzyskie"/>
            <w:listItem w:displayText="Warmińsko-Mazurskie" w:value="Warmińsko-Mazurskie"/>
            <w:listItem w:displayText="Wielkopolskie" w:value="Wielkopolskie"/>
            <w:listItem w:displayText="Zachodniopomorskie" w:value="Zachodniopomorskie"/>
          </w:dropDownList>
        </w:sdtPr>
        <w:sdtEndPr/>
        <w:sdtContent>
          <w:r>
            <w:rPr>
              <w:color w:val="555555"/>
              <w:shd w:val="clear" w:color="auto" w:fill="EAF2F2"/>
            </w:rPr>
            <w:t>— wybierz —</w:t>
          </w:r>
        </w:sdtContent>
      </w:sdt>
    </w:p>
    <w:p w14:paraId="60845CE2" w14:textId="77777777" w:rsidR="00C91940" w:rsidRDefault="00982C51">
      <w:pPr>
        <w:keepNext/>
        <w:spacing w:before="120" w:after="60"/>
      </w:pPr>
      <w:r>
        <w:rPr>
          <w:b/>
        </w:rPr>
        <w:t>5. Rodzaj obiektu</w:t>
      </w:r>
      <w:r>
        <w:rPr>
          <w:b/>
          <w:color w:val="C00000"/>
        </w:rPr>
        <w:t xml:space="preserve"> *</w:t>
      </w:r>
    </w:p>
    <w:p w14:paraId="50EC450F" w14:textId="77777777" w:rsidR="00C91940" w:rsidRDefault="00982C51">
      <w:pPr>
        <w:ind w:left="227"/>
      </w:pPr>
      <w:sdt>
        <w:sdtPr>
          <w:alias w:val="Q5_TYPE"/>
          <w:tag w:val="Q5_TYPE"/>
          <w:id w:val="1005"/>
          <w:dropDownList>
            <w:listItem w:displayText="— wybierz —" w:value=""/>
            <w:listItem w:displayText="Hotel konferencyjny" w:value="Hotel konferencyjny"/>
            <w:listItem w:displayText="Obiekt kongresowy/wystawowy" w:value="Obiekt kongresowy/wystawowy"/>
            <w:listItem w:displayText="Obiekt sportowy/widowiskowy" w:value="Obiekt sportowy/widowiskowy"/>
            <w:listItem w:displayText="Obiekt kultury" w:value="Obiekt kultury"/>
            <w:listItem w:displayText="Uczelnia" w:value="Uczelnia"/>
            <w:listItem w:displayText="Inne" w:value="Inne"/>
          </w:dropDownList>
        </w:sdtPr>
        <w:sdtEndPr/>
        <w:sdtContent>
          <w:r>
            <w:rPr>
              <w:color w:val="555555"/>
              <w:shd w:val="clear" w:color="auto" w:fill="EAF2F2"/>
            </w:rPr>
            <w:t>— wybierz —</w:t>
          </w:r>
        </w:sdtContent>
      </w:sdt>
    </w:p>
    <w:p w14:paraId="13222D10" w14:textId="77777777" w:rsidR="00C91940" w:rsidRDefault="00982C51">
      <w:pPr>
        <w:pStyle w:val="Instruction"/>
      </w:pPr>
      <w:r>
        <w:t>Jeśli wybrano „Inne”:</w:t>
      </w:r>
      <w:sdt>
        <w:sdtPr>
          <w:alias w:val="Q5_OTHER"/>
          <w:tag w:val="Q5_OTHER"/>
          <w:id w:val="1006"/>
          <w:text/>
        </w:sdtPr>
        <w:sdtEndPr/>
        <w:sdtContent>
          <w:r>
            <w:rPr>
              <w:color w:val="666666"/>
              <w:shd w:val="clear" w:color="auto" w:fill="EAF2F2"/>
            </w:rPr>
            <w:t>Wpisz rodzaj obiektu</w:t>
          </w:r>
        </w:sdtContent>
      </w:sdt>
    </w:p>
    <w:p w14:paraId="212785C6" w14:textId="77777777" w:rsidR="00C91940" w:rsidRDefault="00982C51">
      <w:pPr>
        <w:keepNext/>
        <w:spacing w:before="120" w:after="60"/>
      </w:pPr>
      <w:r>
        <w:rPr>
          <w:b/>
        </w:rPr>
        <w:t>6. Największa sala konferencyjna w obiekcie może pomieścić w układzie teatralnym:</w:t>
      </w:r>
      <w:r>
        <w:rPr>
          <w:b/>
          <w:color w:val="C00000"/>
        </w:rPr>
        <w:t xml:space="preserve"> *</w:t>
      </w:r>
    </w:p>
    <w:p w14:paraId="0443B0EF" w14:textId="77777777" w:rsidR="00C91940" w:rsidRDefault="00982C51">
      <w:pPr>
        <w:ind w:left="227"/>
      </w:pPr>
      <w:sdt>
        <w:sdtPr>
          <w:alias w:val="Q6_CAPACITY"/>
          <w:tag w:val="Q6_CAPACITY"/>
          <w:id w:val="1007"/>
          <w:dropDownList>
            <w:listItem w:displayText="— wybierz —" w:value=""/>
            <w:listItem w:displayText="mniej niż 250 osób" w:value="mniej niż 250 osób"/>
            <w:listItem w:displayText="między 251 a 500 osób" w:value="między 251 a 500 osób"/>
            <w:listItem w:displayText="między 501 a 750 osób" w:value="między 501 a 750 osób"/>
            <w:listItem w:displayText="między 751 a 1000 osób" w:value="między 751 a 1000 osób"/>
            <w:listItem w:displayText="więcej niż 1001 osób" w:value="więcej niż 1001 osób"/>
          </w:dropDownList>
        </w:sdtPr>
        <w:sdtEndPr/>
        <w:sdtContent>
          <w:r>
            <w:rPr>
              <w:color w:val="555555"/>
              <w:shd w:val="clear" w:color="auto" w:fill="EAF2F2"/>
            </w:rPr>
            <w:t>— wybierz —</w:t>
          </w:r>
        </w:sdtContent>
      </w:sdt>
    </w:p>
    <w:p w14:paraId="33E7768D" w14:textId="77777777" w:rsidR="00C91940" w:rsidRDefault="00982C51">
      <w:r>
        <w:rPr>
          <w:b/>
        </w:rPr>
        <w:t>7. GDS Awards Ceremony and Gala Dinner oraz GDS Impact Day, 17-18 czerwca 2026 r., Szczecin</w:t>
      </w:r>
    </w:p>
    <w:p w14:paraId="51BBBBC4" w14:textId="77777777" w:rsidR="00C91940" w:rsidRDefault="00982C51">
      <w:pPr>
        <w:pStyle w:val="Instruction"/>
      </w:pPr>
      <w:r>
        <w:lastRenderedPageBreak/>
        <w:t>Termin zgłoszeń na to wydarzenie już minął. Informacja pozostawiona dla zgodności z formularzem źródłowym; to pole nie wymaga odpowiedzi w tej wersji ankiety.</w:t>
      </w:r>
    </w:p>
    <w:p w14:paraId="2A1F1F0D" w14:textId="77777777" w:rsidR="00C91940" w:rsidRDefault="00982C51">
      <w:pPr>
        <w:pStyle w:val="Nagwek1"/>
      </w:pPr>
      <w:r>
        <w:t>CEL: PLANETA</w:t>
      </w:r>
    </w:p>
    <w:p w14:paraId="06F70F31" w14:textId="77777777" w:rsidR="00C91940" w:rsidRDefault="00982C51">
      <w:r>
        <w:t>Ta sekcja koncentruje się na wpływie obiektu na środowisko naturalne. Pytania dotyczą efektywności energetycznej, gospodarki wodnej oraz strategii redukcji śladu węglowego.</w:t>
      </w:r>
    </w:p>
    <w:p w14:paraId="4F0E79A1" w14:textId="77777777" w:rsidR="00C91940" w:rsidRDefault="00982C51">
      <w:r>
        <w:t>Interesują nas konkretne rozwiązania - od systemów zarządzania energią, przez wykorzystanie odnawialnych źródeł energii, aż po politykę „zero waste” w cateringu konferencyjnym i eliminację plastiku jednorazowego użytku.</w:t>
      </w:r>
    </w:p>
    <w:p w14:paraId="795D037B" w14:textId="77777777" w:rsidR="00C91940" w:rsidRDefault="00982C51">
      <w:pPr>
        <w:keepNext/>
        <w:spacing w:before="180"/>
      </w:pPr>
      <w:r>
        <w:rPr>
          <w:b/>
        </w:rPr>
        <w:t>1. ENERGIA</w:t>
      </w:r>
      <w:r>
        <w:rPr>
          <w:b/>
          <w:color w:val="C00000"/>
        </w:rPr>
        <w:t xml:space="preserve"> *</w:t>
      </w:r>
    </w:p>
    <w:p w14:paraId="005B7867" w14:textId="77777777" w:rsidR="00C91940" w:rsidRDefault="00982C51">
      <w:pPr>
        <w:pStyle w:val="Instruction"/>
        <w:keepNext/>
      </w:pPr>
      <w:r>
        <w:t>Wybierz „Tak”, jeśli wdrożenie obejmuje co najmniej 80% instalacji w obiekcie; jeśli obejmuje mniej - wybierz „Nie”.</w:t>
      </w:r>
    </w:p>
    <w:tbl>
      <w:tblPr>
        <w:tblStyle w:val="Tabela-Siatka"/>
        <w:tblW w:w="9524" w:type="dxa"/>
        <w:tblLayout w:type="fixed"/>
        <w:tblLook w:val="04A0" w:firstRow="1" w:lastRow="0" w:firstColumn="1" w:lastColumn="0" w:noHBand="0" w:noVBand="1"/>
      </w:tblPr>
      <w:tblGrid>
        <w:gridCol w:w="7654"/>
        <w:gridCol w:w="1870"/>
      </w:tblGrid>
      <w:tr w:rsidR="00C91940" w14:paraId="734744CF" w14:textId="77777777">
        <w:trPr>
          <w:cantSplit/>
          <w:tblHeader/>
        </w:trPr>
        <w:tc>
          <w:tcPr>
            <w:tcW w:w="7653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26BE7D" w14:textId="77777777" w:rsidR="00C91940" w:rsidRDefault="00982C51">
            <w:r>
              <w:rPr>
                <w:b/>
              </w:rPr>
              <w:t>Stwierdzenie</w:t>
            </w:r>
          </w:p>
        </w:tc>
        <w:tc>
          <w:tcPr>
            <w:tcW w:w="1870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66AEA7" w14:textId="77777777" w:rsidR="00C91940" w:rsidRDefault="00982C51">
            <w:r>
              <w:rPr>
                <w:b/>
              </w:rPr>
              <w:t>Odpowiedź</w:t>
            </w:r>
          </w:p>
        </w:tc>
      </w:tr>
      <w:tr w:rsidR="00C91940" w14:paraId="29CF2336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27BB0E" w14:textId="77777777" w:rsidR="00C91940" w:rsidRDefault="00982C51">
            <w:r>
              <w:t>Monitorujemy zużycie energii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3FB351" w14:textId="77777777" w:rsidR="00C91940" w:rsidRDefault="00982C51">
            <w:sdt>
              <w:sdtPr>
                <w:alias w:val="ENERGIA_1"/>
                <w:tag w:val="ENERGIA_1"/>
                <w:id w:val="1008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68B6D4AB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86A0F8" w14:textId="77777777" w:rsidR="00C91940" w:rsidRDefault="00982C51">
            <w:r>
              <w:t>Wdrożyliśmy plan zarządzania energią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D9EF1B" w14:textId="77777777" w:rsidR="00C91940" w:rsidRDefault="00982C51">
            <w:sdt>
              <w:sdtPr>
                <w:alias w:val="ENERGIA_2"/>
                <w:tag w:val="ENERGIA_2"/>
                <w:id w:val="1009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6C4FB2AD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09999C" w14:textId="77777777" w:rsidR="00C91940" w:rsidRDefault="00982C51">
            <w:r>
              <w:t>Posiadamy oświetlenie energooszczędne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56C852" w14:textId="77777777" w:rsidR="00C91940" w:rsidRDefault="00982C51">
            <w:sdt>
              <w:sdtPr>
                <w:alias w:val="ENERGIA_3"/>
                <w:tag w:val="ENERGIA_3"/>
                <w:id w:val="1010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62438A18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867C3A" w14:textId="77777777" w:rsidR="00C91940" w:rsidRDefault="00982C51">
            <w:r>
              <w:t>Wdrożyliśmy systemy zapewniające automatyczne wyłączanie oświetlenia, gdy nie jest potrzebne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588DC4" w14:textId="77777777" w:rsidR="00C91940" w:rsidRDefault="00982C51">
            <w:sdt>
              <w:sdtPr>
                <w:alias w:val="ENERGIA_4"/>
                <w:tag w:val="ENERGIA_4"/>
                <w:id w:val="1011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18589EE8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159827" w14:textId="77777777" w:rsidR="00C91940" w:rsidRDefault="00982C51">
            <w:r>
              <w:t>Stosowane przez nas urządzenia posiadają klasę energetyczną A, B lub C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7AFD69" w14:textId="77777777" w:rsidR="00C91940" w:rsidRDefault="00982C51">
            <w:sdt>
              <w:sdtPr>
                <w:alias w:val="ENERGIA_5"/>
                <w:tag w:val="ENERGIA_5"/>
                <w:id w:val="1012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69CE0CE6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D4E421" w14:textId="77777777" w:rsidR="00C91940" w:rsidRDefault="00982C51">
            <w:r>
              <w:t>Ogrzewanie i ciepła woda - obiekt posiada system regulacji ogrzewania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408227" w14:textId="77777777" w:rsidR="00C91940" w:rsidRDefault="00982C51">
            <w:sdt>
              <w:sdtPr>
                <w:alias w:val="ENERGIA_6"/>
                <w:tag w:val="ENERGIA_6"/>
                <w:id w:val="1013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69A4C46F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D1C1C7" w14:textId="77777777" w:rsidR="00C91940" w:rsidRDefault="00982C51">
            <w:r>
              <w:t>Konstrukcja budynku i izolacja - obiekt posiada świadectwo efektywności energetycznej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03AA30" w14:textId="77777777" w:rsidR="00C91940" w:rsidRDefault="00982C51">
            <w:sdt>
              <w:sdtPr>
                <w:alias w:val="ENERGIA_7"/>
                <w:tag w:val="ENERGIA_7"/>
                <w:id w:val="1014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</w:tbl>
    <w:p w14:paraId="7110BDB9" w14:textId="77777777" w:rsidR="00C91940" w:rsidRDefault="00C91940"/>
    <w:p w14:paraId="2A4B5586" w14:textId="77777777" w:rsidR="00C91940" w:rsidRDefault="00982C51">
      <w:pPr>
        <w:keepNext/>
        <w:spacing w:before="120"/>
      </w:pPr>
      <w:r>
        <w:rPr>
          <w:b/>
        </w:rPr>
        <w:t>2. Jeśli obiekt posiada świadectwo efektywności energetycznej, prześlij plik</w:t>
      </w:r>
    </w:p>
    <w:p w14:paraId="271CBE23" w14:textId="77777777" w:rsidR="00C91940" w:rsidRDefault="00982C51">
      <w:pPr>
        <w:pStyle w:val="Instruction"/>
        <w:keepNext/>
      </w:pPr>
      <w:r>
        <w:t>W wersji Word dokument proszę dołączyć jako osobny załącznik do wiadomości e-mail razem z wypełnioną ankietą. Opcjonalnie można wpisać poniżej nazwę pliku.</w:t>
      </w:r>
    </w:p>
    <w:p w14:paraId="14B710FF" w14:textId="77777777" w:rsidR="00C91940" w:rsidRDefault="00982C51">
      <w:sdt>
        <w:sdtPr>
          <w:alias w:val="ATT_ENERGY_CERT"/>
          <w:tag w:val="ATT_ENERGY_CERT"/>
          <w:id w:val="1015"/>
          <w:text/>
        </w:sdtPr>
        <w:sdtEndPr/>
        <w:sdtContent>
          <w:r>
            <w:rPr>
              <w:color w:val="666666"/>
              <w:shd w:val="clear" w:color="auto" w:fill="EAF2F2"/>
            </w:rPr>
            <w:t>Nazwa załącznika / pliku (opcjonalnie)</w:t>
          </w:r>
        </w:sdtContent>
      </w:sdt>
    </w:p>
    <w:p w14:paraId="4E13B6AA" w14:textId="77777777" w:rsidR="00C91940" w:rsidRDefault="00982C51">
      <w:pPr>
        <w:keepNext/>
        <w:spacing w:before="120"/>
      </w:pPr>
      <w:r>
        <w:rPr>
          <w:b/>
        </w:rPr>
        <w:t>3. Jeśli obiekt posiada certyfikat ekologiczny budynku, np. BREEAM, LEED, WELL, prześlij certyfikat</w:t>
      </w:r>
    </w:p>
    <w:p w14:paraId="65538227" w14:textId="77777777" w:rsidR="00C91940" w:rsidRDefault="00982C51">
      <w:pPr>
        <w:pStyle w:val="Instruction"/>
        <w:keepNext/>
      </w:pPr>
      <w:r>
        <w:t>W wersji Word dokument proszę dołączyć jako osobny załącznik do wiadomości e-mail razem z wypełnioną ankietą. Opcjonalnie można wpisać poniżej nazwę pliku.</w:t>
      </w:r>
    </w:p>
    <w:p w14:paraId="4FB50FAC" w14:textId="77777777" w:rsidR="00C91940" w:rsidRDefault="00982C51">
      <w:sdt>
        <w:sdtPr>
          <w:alias w:val="ATT_BUILDING_CERT"/>
          <w:tag w:val="ATT_BUILDING_CERT"/>
          <w:id w:val="1016"/>
          <w:text/>
        </w:sdtPr>
        <w:sdtEndPr/>
        <w:sdtContent>
          <w:r>
            <w:rPr>
              <w:color w:val="666666"/>
              <w:shd w:val="clear" w:color="auto" w:fill="EAF2F2"/>
            </w:rPr>
            <w:t>Nazwa załącznika / pliku (opcjonalnie)</w:t>
          </w:r>
        </w:sdtContent>
      </w:sdt>
    </w:p>
    <w:p w14:paraId="70271CD6" w14:textId="77777777" w:rsidR="00C91940" w:rsidRDefault="00982C51">
      <w:pPr>
        <w:keepNext/>
        <w:spacing w:before="180"/>
      </w:pPr>
      <w:r>
        <w:rPr>
          <w:b/>
        </w:rPr>
        <w:t>4. WODA</w:t>
      </w:r>
      <w:r>
        <w:rPr>
          <w:b/>
          <w:color w:val="C00000"/>
        </w:rPr>
        <w:t xml:space="preserve"> *</w:t>
      </w:r>
    </w:p>
    <w:p w14:paraId="278A3867" w14:textId="77777777" w:rsidR="00C91940" w:rsidRDefault="00982C51">
      <w:pPr>
        <w:pStyle w:val="Instruction"/>
        <w:keepNext/>
      </w:pPr>
      <w:r>
        <w:t>Wybierz „Tak”, jeśli wdrożenie obejmuje co najmniej 80% instalacji w obiekcie; jeśli obejmuje mniej - wybierz „Nie”.</w:t>
      </w:r>
    </w:p>
    <w:tbl>
      <w:tblPr>
        <w:tblStyle w:val="Tabela-Siatka"/>
        <w:tblW w:w="9524" w:type="dxa"/>
        <w:tblLayout w:type="fixed"/>
        <w:tblLook w:val="04A0" w:firstRow="1" w:lastRow="0" w:firstColumn="1" w:lastColumn="0" w:noHBand="0" w:noVBand="1"/>
      </w:tblPr>
      <w:tblGrid>
        <w:gridCol w:w="7654"/>
        <w:gridCol w:w="1870"/>
      </w:tblGrid>
      <w:tr w:rsidR="00C91940" w14:paraId="7CF2BC36" w14:textId="77777777">
        <w:trPr>
          <w:cantSplit/>
          <w:tblHeader/>
        </w:trPr>
        <w:tc>
          <w:tcPr>
            <w:tcW w:w="7653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A2883A" w14:textId="77777777" w:rsidR="00C91940" w:rsidRDefault="00982C51">
            <w:r>
              <w:rPr>
                <w:b/>
              </w:rPr>
              <w:t>Stwierdzenie</w:t>
            </w:r>
          </w:p>
        </w:tc>
        <w:tc>
          <w:tcPr>
            <w:tcW w:w="1870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511DD9" w14:textId="77777777" w:rsidR="00C91940" w:rsidRDefault="00982C51">
            <w:r>
              <w:rPr>
                <w:b/>
              </w:rPr>
              <w:t>Odpowiedź</w:t>
            </w:r>
          </w:p>
        </w:tc>
      </w:tr>
      <w:tr w:rsidR="00C91940" w14:paraId="193DC486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2B4E2C" w14:textId="77777777" w:rsidR="00C91940" w:rsidRDefault="00982C51">
            <w:r>
              <w:t>Oszczędzanie wody - obiekt posiada urządzenia ograniczające zużycie wody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629D6B" w14:textId="77777777" w:rsidR="00C91940" w:rsidRDefault="00982C51">
            <w:sdt>
              <w:sdtPr>
                <w:alias w:val="WODA_1"/>
                <w:tag w:val="WODA_1"/>
                <w:id w:val="1017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46A32C42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A91A6C" w14:textId="77777777" w:rsidR="00C91940" w:rsidRDefault="00982C51">
            <w:r>
              <w:t>Monitorujemy zużycie wody i wyznaczyliśmy cele ograniczenia zużycia wody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67A7F4" w14:textId="77777777" w:rsidR="00C91940" w:rsidRDefault="00982C51">
            <w:sdt>
              <w:sdtPr>
                <w:alias w:val="WODA_2"/>
                <w:tag w:val="WODA_2"/>
                <w:id w:val="1018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716B66AE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E5BA1D" w14:textId="77777777" w:rsidR="00C91940" w:rsidRDefault="00982C51">
            <w:r>
              <w:lastRenderedPageBreak/>
              <w:t>Jakość wody - woda jest bezpieczna do picia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21D815" w14:textId="77777777" w:rsidR="00C91940" w:rsidRDefault="00982C51">
            <w:sdt>
              <w:sdtPr>
                <w:alias w:val="WODA_3"/>
                <w:tag w:val="WODA_3"/>
                <w:id w:val="1019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37C3E344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4F253C" w14:textId="77777777" w:rsidR="00C91940" w:rsidRDefault="00982C51">
            <w:r>
              <w:t>Wdrożyliśmy systemy/urządzenia do odzyskiwania wody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544ABC" w14:textId="77777777" w:rsidR="00C91940" w:rsidRDefault="00982C51">
            <w:sdt>
              <w:sdtPr>
                <w:alias w:val="WODA_4"/>
                <w:tag w:val="WODA_4"/>
                <w:id w:val="1020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</w:tbl>
    <w:p w14:paraId="70F280CA" w14:textId="77777777" w:rsidR="00C91940" w:rsidRDefault="00C91940"/>
    <w:p w14:paraId="2243C477" w14:textId="77777777" w:rsidR="00C91940" w:rsidRDefault="00982C51">
      <w:pPr>
        <w:keepNext/>
        <w:spacing w:before="180"/>
      </w:pPr>
      <w:r>
        <w:rPr>
          <w:b/>
        </w:rPr>
        <w:t>5. ODPADY</w:t>
      </w:r>
      <w:r>
        <w:rPr>
          <w:b/>
          <w:color w:val="C00000"/>
        </w:rPr>
        <w:t xml:space="preserve"> *</w:t>
      </w:r>
    </w:p>
    <w:p w14:paraId="1CD4BF1B" w14:textId="77777777" w:rsidR="00C91940" w:rsidRDefault="00982C51">
      <w:pPr>
        <w:pStyle w:val="Instruction"/>
        <w:keepNext/>
      </w:pPr>
      <w:r>
        <w:t>Wybierz „Tak”, jeśli wdrożenie obejmuje co najmniej 80% odpadów; jeśli obejmuje mniej - wybierz „Nie”.</w:t>
      </w:r>
    </w:p>
    <w:tbl>
      <w:tblPr>
        <w:tblStyle w:val="Tabela-Siatka"/>
        <w:tblW w:w="9524" w:type="dxa"/>
        <w:tblLayout w:type="fixed"/>
        <w:tblLook w:val="04A0" w:firstRow="1" w:lastRow="0" w:firstColumn="1" w:lastColumn="0" w:noHBand="0" w:noVBand="1"/>
      </w:tblPr>
      <w:tblGrid>
        <w:gridCol w:w="7654"/>
        <w:gridCol w:w="1870"/>
      </w:tblGrid>
      <w:tr w:rsidR="00C91940" w14:paraId="087B59A1" w14:textId="77777777">
        <w:trPr>
          <w:cantSplit/>
          <w:tblHeader/>
        </w:trPr>
        <w:tc>
          <w:tcPr>
            <w:tcW w:w="7653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B4394A" w14:textId="77777777" w:rsidR="00C91940" w:rsidRDefault="00982C51">
            <w:r>
              <w:rPr>
                <w:b/>
              </w:rPr>
              <w:t>Stwierdzenie</w:t>
            </w:r>
          </w:p>
        </w:tc>
        <w:tc>
          <w:tcPr>
            <w:tcW w:w="1870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06947E" w14:textId="77777777" w:rsidR="00C91940" w:rsidRDefault="00982C51">
            <w:r>
              <w:rPr>
                <w:b/>
              </w:rPr>
              <w:t>Odpowiedź</w:t>
            </w:r>
          </w:p>
        </w:tc>
      </w:tr>
      <w:tr w:rsidR="00C91940" w14:paraId="7E8D8B03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2A1D46" w14:textId="77777777" w:rsidR="00C91940" w:rsidRDefault="00982C51">
            <w:r>
              <w:t>Monitorujemy i mierzymy ilość wytwarzanych odpadów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B1F195" w14:textId="77777777" w:rsidR="00C91940" w:rsidRDefault="00982C51">
            <w:sdt>
              <w:sdtPr>
                <w:alias w:val="ODPADY_1"/>
                <w:tag w:val="ODPADY_1"/>
                <w:id w:val="1021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04A8E06B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1AE089" w14:textId="77777777" w:rsidR="00C91940" w:rsidRDefault="00982C51">
            <w:r>
              <w:t>Segregujemy odpady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24B7B7" w14:textId="77777777" w:rsidR="00C91940" w:rsidRDefault="00982C51">
            <w:sdt>
              <w:sdtPr>
                <w:alias w:val="ODPADY_2"/>
                <w:tag w:val="ODPADY_2"/>
                <w:id w:val="1022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2859EA22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B622F0" w14:textId="77777777" w:rsidR="00C91940" w:rsidRDefault="00982C51">
            <w:r>
              <w:t>Poddajemy recyklingowi odpady nadające się do ponownego wykorzystania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6748A0" w14:textId="77777777" w:rsidR="00C91940" w:rsidRDefault="00982C51">
            <w:sdt>
              <w:sdtPr>
                <w:alias w:val="ODPADY_3"/>
                <w:tag w:val="ODPADY_3"/>
                <w:id w:val="1023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1C6A8F2B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77E32F" w14:textId="77777777" w:rsidR="00C91940" w:rsidRDefault="00982C51">
            <w:r>
              <w:t>Posiadamy cele w zakresie redukcji produktów jednorazowego użytku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534AD4" w14:textId="77777777" w:rsidR="00C91940" w:rsidRDefault="00982C51">
            <w:sdt>
              <w:sdtPr>
                <w:alias w:val="ODPADY_4"/>
                <w:tag w:val="ODPADY_4"/>
                <w:id w:val="1024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075DAE9C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032A88" w14:textId="77777777" w:rsidR="00C91940" w:rsidRDefault="00982C51">
            <w:r>
              <w:t>Odpady spożywcze - wyznaczyliśmy cele w zakresie ich redukcji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8368F0" w14:textId="77777777" w:rsidR="00C91940" w:rsidRDefault="00982C51">
            <w:sdt>
              <w:sdtPr>
                <w:alias w:val="ODPADY_5"/>
                <w:tag w:val="ODPADY_5"/>
                <w:id w:val="1025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33745506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004E0C" w14:textId="77777777" w:rsidR="00C91940" w:rsidRDefault="00982C51">
            <w:r>
              <w:t>Posiadamy politykę mającą na celu uniknięcie i ograniczenie marnotrawstwa żywności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BEDEC1" w14:textId="77777777" w:rsidR="00C91940" w:rsidRDefault="00982C51">
            <w:sdt>
              <w:sdtPr>
                <w:alias w:val="ODPADY_6"/>
                <w:tag w:val="ODPADY_6"/>
                <w:id w:val="1026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44AE1952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EEA8E4" w14:textId="77777777" w:rsidR="00C91940" w:rsidRDefault="00982C51">
            <w:r>
              <w:t>Odpady specjalne/niebezpieczne przekazujemy specjalistycznym firmom na podstawie protokołu odbioru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D1E0E9" w14:textId="77777777" w:rsidR="00C91940" w:rsidRDefault="00982C51">
            <w:sdt>
              <w:sdtPr>
                <w:alias w:val="ODPADY_7"/>
                <w:tag w:val="ODPADY_7"/>
                <w:id w:val="1027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30DE23D0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0E2DFC" w14:textId="77777777" w:rsidR="00C91940" w:rsidRDefault="00982C51">
            <w:r>
              <w:t>Obiekt zapewnia alternatywne sposoby suszenia rąk zamiast ręczników papierowych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071C86" w14:textId="77777777" w:rsidR="00C91940" w:rsidRDefault="00982C51">
            <w:sdt>
              <w:sdtPr>
                <w:alias w:val="ODPADY_8"/>
                <w:tag w:val="ODPADY_8"/>
                <w:id w:val="1028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</w:tbl>
    <w:p w14:paraId="5510A1F3" w14:textId="77777777" w:rsidR="00C91940" w:rsidRDefault="00C91940"/>
    <w:p w14:paraId="7A21DABD" w14:textId="77777777" w:rsidR="00C91940" w:rsidRDefault="00982C51">
      <w:pPr>
        <w:keepNext/>
        <w:spacing w:before="180"/>
      </w:pPr>
      <w:r>
        <w:rPr>
          <w:b/>
        </w:rPr>
        <w:t>6. EMISJA GAZÓW CIEPLARNIANYCH</w:t>
      </w:r>
      <w:r>
        <w:rPr>
          <w:b/>
          <w:color w:val="C00000"/>
        </w:rPr>
        <w:t xml:space="preserve"> *</w:t>
      </w:r>
    </w:p>
    <w:tbl>
      <w:tblPr>
        <w:tblStyle w:val="Tabela-Siatka"/>
        <w:tblW w:w="9524" w:type="dxa"/>
        <w:tblLayout w:type="fixed"/>
        <w:tblLook w:val="04A0" w:firstRow="1" w:lastRow="0" w:firstColumn="1" w:lastColumn="0" w:noHBand="0" w:noVBand="1"/>
      </w:tblPr>
      <w:tblGrid>
        <w:gridCol w:w="7654"/>
        <w:gridCol w:w="1870"/>
      </w:tblGrid>
      <w:tr w:rsidR="00C91940" w14:paraId="1362969C" w14:textId="77777777">
        <w:trPr>
          <w:cantSplit/>
          <w:tblHeader/>
        </w:trPr>
        <w:tc>
          <w:tcPr>
            <w:tcW w:w="7653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D18156" w14:textId="77777777" w:rsidR="00C91940" w:rsidRDefault="00982C51">
            <w:r>
              <w:rPr>
                <w:b/>
              </w:rPr>
              <w:t>Stwierdzenie</w:t>
            </w:r>
          </w:p>
        </w:tc>
        <w:tc>
          <w:tcPr>
            <w:tcW w:w="1870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5BCA0A" w14:textId="77777777" w:rsidR="00C91940" w:rsidRDefault="00982C51">
            <w:r>
              <w:rPr>
                <w:b/>
              </w:rPr>
              <w:t>Odpowiedź</w:t>
            </w:r>
          </w:p>
        </w:tc>
      </w:tr>
      <w:tr w:rsidR="00C91940" w14:paraId="33A24934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38A242" w14:textId="77777777" w:rsidR="00C91940" w:rsidRDefault="00982C51">
            <w:r>
              <w:t>Regularnie monitorujemy nasze emisje gazów cieplarnianych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B591AC" w14:textId="77777777" w:rsidR="00C91940" w:rsidRDefault="00982C51">
            <w:sdt>
              <w:sdtPr>
                <w:alias w:val="EMISJE_1"/>
                <w:tag w:val="EMISJE_1"/>
                <w:id w:val="1029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0EC55B39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DF21EF" w14:textId="77777777" w:rsidR="00C91940" w:rsidRDefault="00982C51">
            <w:r>
              <w:t>Wyznaczyliśmy nasze cele w zakresie redukcji emisji gazów cieplarnianych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25CA0E" w14:textId="77777777" w:rsidR="00C91940" w:rsidRDefault="00982C51">
            <w:sdt>
              <w:sdtPr>
                <w:alias w:val="EMISJE_2"/>
                <w:tag w:val="EMISJE_2"/>
                <w:id w:val="1030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7AC25D42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494EE8" w14:textId="77777777" w:rsidR="00C91940" w:rsidRDefault="00982C51">
            <w:r>
              <w:t>Posiadamy plan zarządzania emisjami gazów cieplarnianych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64F2C5" w14:textId="77777777" w:rsidR="00C91940" w:rsidRDefault="00982C51">
            <w:sdt>
              <w:sdtPr>
                <w:alias w:val="EMISJE_3"/>
                <w:tag w:val="EMISJE_3"/>
                <w:id w:val="1031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500BD03C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80AA2F" w14:textId="77777777" w:rsidR="00C91940" w:rsidRDefault="00982C51">
            <w:r>
              <w:t>Co najmniej 50% naszej energii pochodzi ze źródeł odnawialnych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0D94A2" w14:textId="77777777" w:rsidR="00C91940" w:rsidRDefault="00982C51">
            <w:sdt>
              <w:sdtPr>
                <w:alias w:val="EMISJE_4"/>
                <w:tag w:val="EMISJE_4"/>
                <w:id w:val="1032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769473B3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406F47" w14:textId="77777777" w:rsidR="00C91940" w:rsidRDefault="00982C51">
            <w:r>
              <w:t>Posiadamy plan adaptacji związany ze zmianami klimatycznymi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F9DCB1" w14:textId="77777777" w:rsidR="00C91940" w:rsidRDefault="00982C51">
            <w:sdt>
              <w:sdtPr>
                <w:alias w:val="EMISJE_5"/>
                <w:tag w:val="EMISJE_5"/>
                <w:id w:val="1033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</w:tbl>
    <w:p w14:paraId="38278E8B" w14:textId="77777777" w:rsidR="00C91940" w:rsidRDefault="00C91940"/>
    <w:p w14:paraId="60942F5B" w14:textId="77777777" w:rsidR="00C91940" w:rsidRDefault="00982C51">
      <w:pPr>
        <w:keepNext/>
        <w:spacing w:before="180"/>
      </w:pPr>
      <w:r>
        <w:rPr>
          <w:b/>
        </w:rPr>
        <w:t>7. CHEMIKALIA</w:t>
      </w:r>
      <w:r>
        <w:rPr>
          <w:b/>
          <w:color w:val="C00000"/>
        </w:rPr>
        <w:t xml:space="preserve"> *</w:t>
      </w:r>
    </w:p>
    <w:p w14:paraId="2FE98D20" w14:textId="77777777" w:rsidR="00C91940" w:rsidRDefault="00982C51">
      <w:pPr>
        <w:pStyle w:val="Instruction"/>
        <w:keepNext/>
      </w:pPr>
      <w:r>
        <w:t>Wybierz „Tak”, jeśli wdrożenie obejmuje co najmniej 80% stosowanych środków w obiekcie; jeśli obejmuje mniej - wybierz „Nie”.</w:t>
      </w:r>
    </w:p>
    <w:tbl>
      <w:tblPr>
        <w:tblStyle w:val="Tabela-Siatka"/>
        <w:tblW w:w="9524" w:type="dxa"/>
        <w:tblLayout w:type="fixed"/>
        <w:tblLook w:val="04A0" w:firstRow="1" w:lastRow="0" w:firstColumn="1" w:lastColumn="0" w:noHBand="0" w:noVBand="1"/>
      </w:tblPr>
      <w:tblGrid>
        <w:gridCol w:w="7654"/>
        <w:gridCol w:w="1870"/>
      </w:tblGrid>
      <w:tr w:rsidR="00C91940" w14:paraId="26B32398" w14:textId="77777777">
        <w:trPr>
          <w:cantSplit/>
          <w:tblHeader/>
        </w:trPr>
        <w:tc>
          <w:tcPr>
            <w:tcW w:w="7653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D7E103" w14:textId="77777777" w:rsidR="00C91940" w:rsidRDefault="00982C51">
            <w:r>
              <w:rPr>
                <w:b/>
              </w:rPr>
              <w:t>Stwierdzenie</w:t>
            </w:r>
          </w:p>
        </w:tc>
        <w:tc>
          <w:tcPr>
            <w:tcW w:w="1870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E00881" w14:textId="77777777" w:rsidR="00C91940" w:rsidRDefault="00982C51">
            <w:r>
              <w:rPr>
                <w:b/>
              </w:rPr>
              <w:t>Odpowiedź</w:t>
            </w:r>
          </w:p>
        </w:tc>
      </w:tr>
      <w:tr w:rsidR="00C91940" w14:paraId="5F0B2FFD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6932D2" w14:textId="77777777" w:rsidR="00C91940" w:rsidRDefault="00982C51">
            <w:r>
              <w:t>Używane przez nas środki czyszczące i systemy czyszczące nie są szkodliwe/toksyczne dla środowiska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CF6965" w14:textId="77777777" w:rsidR="00C91940" w:rsidRDefault="00982C51">
            <w:sdt>
              <w:sdtPr>
                <w:alias w:val="CHEM_1"/>
                <w:tag w:val="CHEM_1"/>
                <w:id w:val="1034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63379A63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3CF71E" w14:textId="77777777" w:rsidR="00C91940" w:rsidRDefault="00982C51">
            <w:r>
              <w:t>Stosowane przez nas kosmetyki są naturalne, nietestowane na zwierzętach, produkowane zgodnie z zasadami Fair Trade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E11D8D" w14:textId="77777777" w:rsidR="00C91940" w:rsidRDefault="00982C51">
            <w:sdt>
              <w:sdtPr>
                <w:alias w:val="CHEM_2"/>
                <w:tag w:val="CHEM_2"/>
                <w:id w:val="1035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</w:tbl>
    <w:p w14:paraId="672AC505" w14:textId="77777777" w:rsidR="00C91940" w:rsidRDefault="00C91940"/>
    <w:p w14:paraId="6ED530B9" w14:textId="77777777" w:rsidR="00C91940" w:rsidRDefault="00982C51">
      <w:pPr>
        <w:pStyle w:val="Nagwek1"/>
      </w:pPr>
      <w:r>
        <w:t>CEL: MIEJSCE</w:t>
      </w:r>
    </w:p>
    <w:p w14:paraId="03BB163B" w14:textId="77777777" w:rsidR="00C91940" w:rsidRDefault="00982C51">
      <w:r>
        <w:t>Zrównoważony obiekt nie funkcjonuje w próżni. W tej sekcji badamy synergię między hotelem/obiektem konferencyjnym a otoczeniem turystycznym i gospodarczym regionu. Pytania dotyczą promocji lokalnego dziedzictwa kulturowego, współpracy z lokalnymi dostawcami (krótkie łańcuchy dostaw) oraz angażowania się w projekty promujące Polskę jako odpowiedzialną i atrakcyjną destynację na mapie światowego przemysłu spotkań.</w:t>
      </w:r>
    </w:p>
    <w:p w14:paraId="3B509400" w14:textId="77777777" w:rsidR="00C91940" w:rsidRDefault="00982C51">
      <w:pPr>
        <w:keepNext/>
        <w:spacing w:before="180"/>
      </w:pPr>
      <w:r>
        <w:rPr>
          <w:b/>
        </w:rPr>
        <w:t>8. DESTYNACJA</w:t>
      </w:r>
      <w:r>
        <w:rPr>
          <w:b/>
          <w:color w:val="C00000"/>
        </w:rPr>
        <w:t xml:space="preserve"> *</w:t>
      </w:r>
    </w:p>
    <w:tbl>
      <w:tblPr>
        <w:tblStyle w:val="Tabela-Siatka"/>
        <w:tblW w:w="9524" w:type="dxa"/>
        <w:tblLayout w:type="fixed"/>
        <w:tblLook w:val="04A0" w:firstRow="1" w:lastRow="0" w:firstColumn="1" w:lastColumn="0" w:noHBand="0" w:noVBand="1"/>
      </w:tblPr>
      <w:tblGrid>
        <w:gridCol w:w="7654"/>
        <w:gridCol w:w="1870"/>
      </w:tblGrid>
      <w:tr w:rsidR="00C91940" w14:paraId="15DF4E2A" w14:textId="77777777">
        <w:trPr>
          <w:cantSplit/>
          <w:tblHeader/>
        </w:trPr>
        <w:tc>
          <w:tcPr>
            <w:tcW w:w="7653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4A912E" w14:textId="77777777" w:rsidR="00C91940" w:rsidRDefault="00982C51">
            <w:r>
              <w:rPr>
                <w:b/>
              </w:rPr>
              <w:t>Stwierdzenie</w:t>
            </w:r>
          </w:p>
        </w:tc>
        <w:tc>
          <w:tcPr>
            <w:tcW w:w="1870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B048A2" w14:textId="77777777" w:rsidR="00C91940" w:rsidRDefault="00982C51">
            <w:r>
              <w:rPr>
                <w:b/>
              </w:rPr>
              <w:t>Odpowiedź</w:t>
            </w:r>
          </w:p>
        </w:tc>
      </w:tr>
      <w:tr w:rsidR="00C91940" w14:paraId="5AF9CDDC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C65688" w14:textId="77777777" w:rsidR="00C91940" w:rsidRDefault="00982C51">
            <w:r>
              <w:t>Promujemy dziedzictwo kulturowe i przyrodnicze naszej destynacji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F27EDD" w14:textId="77777777" w:rsidR="00C91940" w:rsidRDefault="00982C51">
            <w:sdt>
              <w:sdtPr>
                <w:alias w:val="DEST_1"/>
                <w:tag w:val="DEST_1"/>
                <w:id w:val="1036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10D726B3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5B4837" w14:textId="77777777" w:rsidR="00C91940" w:rsidRDefault="00982C51">
            <w:r>
              <w:t>Informujemy, jak podróżować odpowiedzialnie z poszanowaniem różnorodności biologicznej i dzikiej przyrody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EE30E9" w14:textId="77777777" w:rsidR="00C91940" w:rsidRDefault="00982C51">
            <w:sdt>
              <w:sdtPr>
                <w:alias w:val="DEST_2"/>
                <w:tag w:val="DEST_2"/>
                <w:id w:val="1037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7EBC7CB6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F46284" w14:textId="77777777" w:rsidR="00C91940" w:rsidRDefault="00982C51">
            <w:r>
              <w:t>Monitorujemy wpływ naszej działalności na społeczność lokalną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74325A" w14:textId="77777777" w:rsidR="00C91940" w:rsidRDefault="00982C51">
            <w:sdt>
              <w:sdtPr>
                <w:alias w:val="DEST_3"/>
                <w:tag w:val="DEST_3"/>
                <w:id w:val="1038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4900ABCE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09400A" w14:textId="77777777" w:rsidR="00C91940" w:rsidRDefault="00982C51">
            <w:r>
              <w:t>Promujemy i wspieramy inicjatywy na rzecz lokalnej społeczności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EA8518" w14:textId="77777777" w:rsidR="00C91940" w:rsidRDefault="00982C51">
            <w:sdt>
              <w:sdtPr>
                <w:alias w:val="DEST_4"/>
                <w:tag w:val="DEST_4"/>
                <w:id w:val="1039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</w:tbl>
    <w:p w14:paraId="39CBDF9E" w14:textId="77777777" w:rsidR="00C91940" w:rsidRDefault="00C91940"/>
    <w:p w14:paraId="5D4E8BCF" w14:textId="77777777" w:rsidR="00C91940" w:rsidRDefault="00982C51">
      <w:pPr>
        <w:keepNext/>
        <w:spacing w:before="180"/>
      </w:pPr>
      <w:r>
        <w:rPr>
          <w:b/>
        </w:rPr>
        <w:t>9. GOŚCIE</w:t>
      </w:r>
      <w:r>
        <w:rPr>
          <w:b/>
          <w:color w:val="C00000"/>
        </w:rPr>
        <w:t xml:space="preserve"> *</w:t>
      </w:r>
    </w:p>
    <w:tbl>
      <w:tblPr>
        <w:tblStyle w:val="Tabela-Siatka"/>
        <w:tblW w:w="9524" w:type="dxa"/>
        <w:tblLayout w:type="fixed"/>
        <w:tblLook w:val="04A0" w:firstRow="1" w:lastRow="0" w:firstColumn="1" w:lastColumn="0" w:noHBand="0" w:noVBand="1"/>
      </w:tblPr>
      <w:tblGrid>
        <w:gridCol w:w="7654"/>
        <w:gridCol w:w="1870"/>
      </w:tblGrid>
      <w:tr w:rsidR="00C91940" w14:paraId="163F2B0D" w14:textId="77777777">
        <w:trPr>
          <w:cantSplit/>
          <w:tblHeader/>
        </w:trPr>
        <w:tc>
          <w:tcPr>
            <w:tcW w:w="7653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56751E" w14:textId="77777777" w:rsidR="00C91940" w:rsidRDefault="00982C51">
            <w:r>
              <w:rPr>
                <w:b/>
              </w:rPr>
              <w:t>Stwierdzenie</w:t>
            </w:r>
          </w:p>
        </w:tc>
        <w:tc>
          <w:tcPr>
            <w:tcW w:w="1870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D7CF78" w14:textId="77777777" w:rsidR="00C91940" w:rsidRDefault="00982C51">
            <w:r>
              <w:rPr>
                <w:b/>
              </w:rPr>
              <w:t>Odpowiedź</w:t>
            </w:r>
          </w:p>
        </w:tc>
      </w:tr>
      <w:tr w:rsidR="00C91940" w14:paraId="0D7B4557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636053" w14:textId="77777777" w:rsidR="00C91940" w:rsidRDefault="00982C51">
            <w:r>
              <w:t>Informujemy gości, w jaki sposób mogą zmniejszyć swój wpływ na środowisko naszej destynacji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731862" w14:textId="77777777" w:rsidR="00C91940" w:rsidRDefault="00982C51">
            <w:sdt>
              <w:sdtPr>
                <w:alias w:val="GOSCIE_1"/>
                <w:tag w:val="GOSCIE_1"/>
                <w:id w:val="1040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4C59155A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1FD6FF" w14:textId="77777777" w:rsidR="00C91940" w:rsidRDefault="00982C51">
            <w:r>
              <w:t>Edukujemy gości na temat zachowań proekologicznych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87DDE9" w14:textId="77777777" w:rsidR="00C91940" w:rsidRDefault="00982C51">
            <w:sdt>
              <w:sdtPr>
                <w:alias w:val="GOSCIE_2"/>
                <w:tag w:val="GOSCIE_2"/>
                <w:id w:val="1041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2DF44450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94F225" w14:textId="77777777" w:rsidR="00C91940" w:rsidRDefault="00982C51">
            <w:r>
              <w:t>Oferujemy autentyczne lokalne atrakcje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1A1DC1" w14:textId="77777777" w:rsidR="00C91940" w:rsidRDefault="00982C51">
            <w:sdt>
              <w:sdtPr>
                <w:alias w:val="GOSCIE_3"/>
                <w:tag w:val="GOSCIE_3"/>
                <w:id w:val="1042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4868E993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ED8AAE" w14:textId="77777777" w:rsidR="00C91940" w:rsidRDefault="00982C51">
            <w:r>
              <w:t>Udostępniamy kalendarium lokalnych wydarzeń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EDF1FA" w14:textId="77777777" w:rsidR="00C91940" w:rsidRDefault="00982C51">
            <w:sdt>
              <w:sdtPr>
                <w:alias w:val="GOSCIE_4"/>
                <w:tag w:val="GOSCIE_4"/>
                <w:id w:val="1043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58166824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D57980" w14:textId="77777777" w:rsidR="00C91940" w:rsidRDefault="00982C51">
            <w:r>
              <w:t>Promujemy działania niskoemisyjne, np. korzystanie z transportu miejskiego lub kolejowego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A3202E" w14:textId="77777777" w:rsidR="00C91940" w:rsidRDefault="00982C51">
            <w:sdt>
              <w:sdtPr>
                <w:alias w:val="GOSCIE_5"/>
                <w:tag w:val="GOSCIE_5"/>
                <w:id w:val="1044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</w:tbl>
    <w:p w14:paraId="6EA60857" w14:textId="77777777" w:rsidR="00C91940" w:rsidRDefault="00C91940"/>
    <w:p w14:paraId="729AD495" w14:textId="77777777" w:rsidR="00C91940" w:rsidRDefault="00982C51">
      <w:pPr>
        <w:keepNext/>
        <w:spacing w:before="180"/>
      </w:pPr>
      <w:r>
        <w:rPr>
          <w:b/>
        </w:rPr>
        <w:t>10. CATERING</w:t>
      </w:r>
    </w:p>
    <w:p w14:paraId="38DA5662" w14:textId="77777777" w:rsidR="00C91940" w:rsidRDefault="00982C51">
      <w:pPr>
        <w:pStyle w:val="Instruction"/>
        <w:keepNext/>
      </w:pPr>
      <w:r>
        <w:t>Jeśli obiekt nie posiada własnego cateringu, ale ma umowy na wyłączną obsługę z firmą lub firmami cateringowymi, odpowiada na pytanie razem z dostawcą. Jeśli obiekt nie posiada własnego cateringu i nie ma wyłączności na usługi cateringowe, pozostaw odpowiedzi niewybrane.</w:t>
      </w:r>
    </w:p>
    <w:tbl>
      <w:tblPr>
        <w:tblStyle w:val="Tabela-Siatka"/>
        <w:tblW w:w="9524" w:type="dxa"/>
        <w:tblLayout w:type="fixed"/>
        <w:tblLook w:val="04A0" w:firstRow="1" w:lastRow="0" w:firstColumn="1" w:lastColumn="0" w:noHBand="0" w:noVBand="1"/>
      </w:tblPr>
      <w:tblGrid>
        <w:gridCol w:w="7654"/>
        <w:gridCol w:w="1870"/>
      </w:tblGrid>
      <w:tr w:rsidR="00C91940" w14:paraId="6A08A1E0" w14:textId="77777777">
        <w:trPr>
          <w:cantSplit/>
          <w:tblHeader/>
        </w:trPr>
        <w:tc>
          <w:tcPr>
            <w:tcW w:w="7653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30C9FD" w14:textId="77777777" w:rsidR="00C91940" w:rsidRDefault="00982C51">
            <w:r>
              <w:rPr>
                <w:b/>
              </w:rPr>
              <w:t>Stwierdzenie</w:t>
            </w:r>
          </w:p>
        </w:tc>
        <w:tc>
          <w:tcPr>
            <w:tcW w:w="1870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C1C754" w14:textId="77777777" w:rsidR="00C91940" w:rsidRDefault="00982C51">
            <w:r>
              <w:rPr>
                <w:b/>
              </w:rPr>
              <w:t>Odpowiedź</w:t>
            </w:r>
          </w:p>
        </w:tc>
      </w:tr>
      <w:tr w:rsidR="00C91940" w14:paraId="095E7771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370FB3" w14:textId="77777777" w:rsidR="00C91940" w:rsidRDefault="00982C51">
            <w:r>
              <w:t>Zapewniamy lokalną żywność i napoje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623380" w14:textId="77777777" w:rsidR="00C91940" w:rsidRDefault="00982C51">
            <w:sdt>
              <w:sdtPr>
                <w:alias w:val="CATER_1"/>
                <w:tag w:val="CATER_1"/>
                <w:id w:val="1045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019F0F9F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18D789" w14:textId="77777777" w:rsidR="00C91940" w:rsidRDefault="00982C51">
            <w:r>
              <w:t>Żywność i napoje pozyskujemy w sposób etyczny i odpowiedzialny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116010" w14:textId="77777777" w:rsidR="00C91940" w:rsidRDefault="00982C51">
            <w:sdt>
              <w:sdtPr>
                <w:alias w:val="CATER_2"/>
                <w:tag w:val="CATER_2"/>
                <w:id w:val="1046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57DD51EF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26F704" w14:textId="77777777" w:rsidR="00C91940" w:rsidRDefault="00982C51">
            <w:r>
              <w:t>Zapewniamy wegańskie i/lub wegetariańskie posiłki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DF2D65" w14:textId="77777777" w:rsidR="00C91940" w:rsidRDefault="00982C51">
            <w:sdt>
              <w:sdtPr>
                <w:alias w:val="CATER_3"/>
                <w:tag w:val="CATER_3"/>
                <w:id w:val="1047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391B1D86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9D1A49" w14:textId="77777777" w:rsidR="00C91940" w:rsidRDefault="00982C51">
            <w:r>
              <w:t>Zapewniamy i promujemy opcje zdrowego odżywiania się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0641E8" w14:textId="77777777" w:rsidR="00C91940" w:rsidRDefault="00982C51">
            <w:sdt>
              <w:sdtPr>
                <w:alias w:val="CATER_4"/>
                <w:tag w:val="CATER_4"/>
                <w:id w:val="1048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51B2DB1D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487904" w14:textId="77777777" w:rsidR="00C91940" w:rsidRDefault="00982C51">
            <w:r>
              <w:lastRenderedPageBreak/>
              <w:t>Zapewniamy posiłki dostosowane do specjalnych i religijnych wymagań żywieniowych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577867" w14:textId="77777777" w:rsidR="00C91940" w:rsidRDefault="00982C51">
            <w:sdt>
              <w:sdtPr>
                <w:alias w:val="CATER_5"/>
                <w:tag w:val="CATER_5"/>
                <w:id w:val="1049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</w:tbl>
    <w:p w14:paraId="558CBD41" w14:textId="77777777" w:rsidR="00C91940" w:rsidRDefault="00C91940"/>
    <w:p w14:paraId="134538AA" w14:textId="77777777" w:rsidR="00C91940" w:rsidRDefault="00982C51">
      <w:pPr>
        <w:keepNext/>
        <w:spacing w:before="180"/>
      </w:pPr>
      <w:r>
        <w:rPr>
          <w:b/>
        </w:rPr>
        <w:t>11. PODRÓŻE</w:t>
      </w:r>
      <w:r>
        <w:rPr>
          <w:b/>
          <w:color w:val="C00000"/>
        </w:rPr>
        <w:t xml:space="preserve"> *</w:t>
      </w:r>
    </w:p>
    <w:tbl>
      <w:tblPr>
        <w:tblStyle w:val="Tabela-Siatka"/>
        <w:tblW w:w="9524" w:type="dxa"/>
        <w:tblLayout w:type="fixed"/>
        <w:tblLook w:val="04A0" w:firstRow="1" w:lastRow="0" w:firstColumn="1" w:lastColumn="0" w:noHBand="0" w:noVBand="1"/>
      </w:tblPr>
      <w:tblGrid>
        <w:gridCol w:w="7654"/>
        <w:gridCol w:w="1870"/>
      </w:tblGrid>
      <w:tr w:rsidR="00C91940" w14:paraId="097D88C8" w14:textId="77777777">
        <w:trPr>
          <w:cantSplit/>
          <w:tblHeader/>
        </w:trPr>
        <w:tc>
          <w:tcPr>
            <w:tcW w:w="7653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9B8143" w14:textId="77777777" w:rsidR="00C91940" w:rsidRDefault="00982C51">
            <w:r>
              <w:rPr>
                <w:b/>
              </w:rPr>
              <w:t>Stwierdzenie</w:t>
            </w:r>
          </w:p>
        </w:tc>
        <w:tc>
          <w:tcPr>
            <w:tcW w:w="1870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BAC753" w14:textId="77777777" w:rsidR="00C91940" w:rsidRDefault="00982C51">
            <w:r>
              <w:rPr>
                <w:b/>
              </w:rPr>
              <w:t>Odpowiedź</w:t>
            </w:r>
          </w:p>
        </w:tc>
      </w:tr>
      <w:tr w:rsidR="00C91940" w14:paraId="3DCA8383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F51B07" w14:textId="77777777" w:rsidR="00C91940" w:rsidRDefault="00982C51">
            <w:r>
              <w:t>Informujemy na temat transportu publicznego oraz sposobów dotarcia do obiektu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1AA220" w14:textId="77777777" w:rsidR="00C91940" w:rsidRDefault="00982C51">
            <w:sdt>
              <w:sdtPr>
                <w:alias w:val="PODROZE_1"/>
                <w:tag w:val="PODROZE_1"/>
                <w:id w:val="1050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13E49BE0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2402EC" w14:textId="77777777" w:rsidR="00C91940" w:rsidRDefault="00982C51">
            <w:r>
              <w:t>Monitorujemy podróże służbowe pracowników i podejmujemy działania mające na celu zmniejszenie wpływu podróży służbowych na środowisko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90D268" w14:textId="77777777" w:rsidR="00C91940" w:rsidRDefault="00982C51">
            <w:sdt>
              <w:sdtPr>
                <w:alias w:val="PODROZE_2"/>
                <w:tag w:val="PODROZE_2"/>
                <w:id w:val="1051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3F5DB335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3CADC7" w14:textId="77777777" w:rsidR="00C91940" w:rsidRDefault="00982C51">
            <w:r>
              <w:t>Promujemy podróże grupowe w celu redukcji emisji gazów cieplarnianych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E3771E" w14:textId="77777777" w:rsidR="00C91940" w:rsidRDefault="00982C51">
            <w:sdt>
              <w:sdtPr>
                <w:alias w:val="PODROZE_3"/>
                <w:tag w:val="PODROZE_3"/>
                <w:id w:val="1052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38675B74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B0D505" w14:textId="77777777" w:rsidR="00C91940" w:rsidRDefault="00982C51">
            <w:r>
              <w:t>Oferujemy stacje ładowania pojazdów elektrycznych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E8CF5A" w14:textId="77777777" w:rsidR="00C91940" w:rsidRDefault="00982C51">
            <w:sdt>
              <w:sdtPr>
                <w:alias w:val="PODROZE_4"/>
                <w:tag w:val="PODROZE_4"/>
                <w:id w:val="1053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</w:tbl>
    <w:p w14:paraId="702C4DFA" w14:textId="77777777" w:rsidR="00C91940" w:rsidRDefault="00C91940"/>
    <w:p w14:paraId="6EB862AF" w14:textId="77777777" w:rsidR="00C91940" w:rsidRDefault="00982C51">
      <w:pPr>
        <w:keepNext/>
        <w:spacing w:before="180"/>
      </w:pPr>
      <w:r>
        <w:rPr>
          <w:b/>
        </w:rPr>
        <w:t>12. MIEJSCE ORGANIZACJI SPOTKAŃ</w:t>
      </w:r>
    </w:p>
    <w:p w14:paraId="32AEBEF3" w14:textId="77777777" w:rsidR="00C91940" w:rsidRDefault="00982C51">
      <w:pPr>
        <w:pStyle w:val="Instruction"/>
        <w:keepNext/>
      </w:pPr>
      <w:r>
        <w:t>Jeśli obiekt nie świadczy poniższych usług, pozostaw odpowiedzi niewybrane.</w:t>
      </w:r>
    </w:p>
    <w:tbl>
      <w:tblPr>
        <w:tblStyle w:val="Tabela-Siatka"/>
        <w:tblW w:w="9524" w:type="dxa"/>
        <w:tblLayout w:type="fixed"/>
        <w:tblLook w:val="04A0" w:firstRow="1" w:lastRow="0" w:firstColumn="1" w:lastColumn="0" w:noHBand="0" w:noVBand="1"/>
      </w:tblPr>
      <w:tblGrid>
        <w:gridCol w:w="7654"/>
        <w:gridCol w:w="1870"/>
      </w:tblGrid>
      <w:tr w:rsidR="00C91940" w14:paraId="23772803" w14:textId="77777777">
        <w:trPr>
          <w:cantSplit/>
          <w:tblHeader/>
        </w:trPr>
        <w:tc>
          <w:tcPr>
            <w:tcW w:w="7653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E02EFD" w14:textId="77777777" w:rsidR="00C91940" w:rsidRDefault="00982C51">
            <w:r>
              <w:rPr>
                <w:b/>
              </w:rPr>
              <w:t>Stwierdzenie</w:t>
            </w:r>
          </w:p>
        </w:tc>
        <w:tc>
          <w:tcPr>
            <w:tcW w:w="1870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77A163" w14:textId="77777777" w:rsidR="00C91940" w:rsidRDefault="00982C51">
            <w:r>
              <w:rPr>
                <w:b/>
              </w:rPr>
              <w:t>Odpowiedź</w:t>
            </w:r>
          </w:p>
        </w:tc>
      </w:tr>
      <w:tr w:rsidR="00C91940" w14:paraId="6537FEA5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46B4C9" w14:textId="77777777" w:rsidR="00C91940" w:rsidRDefault="00982C51">
            <w:r>
              <w:t>Monitorujemy, mierzymy i raportujemy wpływ naszych spotkań i wydarzeń na środowisko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92579E" w14:textId="77777777" w:rsidR="00C91940" w:rsidRDefault="00982C51">
            <w:sdt>
              <w:sdtPr>
                <w:alias w:val="SPOTKANIA_1"/>
                <w:tag w:val="SPOTKANIA_1"/>
                <w:id w:val="1054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20B3BE7B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30ED43" w14:textId="77777777" w:rsidR="00C91940" w:rsidRDefault="00982C51">
            <w:r>
              <w:t>Wyposażenie i dekoracje - minimalizujemy produkcję jednorazowych oznakowań, banerów itp.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0AFDB4" w14:textId="77777777" w:rsidR="00C91940" w:rsidRDefault="00982C51">
            <w:sdt>
              <w:sdtPr>
                <w:alias w:val="SPOTKANIA_2"/>
                <w:tag w:val="SPOTKANIA_2"/>
                <w:id w:val="1055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305066D6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9F313A" w14:textId="77777777" w:rsidR="00C91940" w:rsidRDefault="00982C51">
            <w:r>
              <w:t>Ograniczamy produkcję materiałów konferencyjnych i gadżetów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304EEB" w14:textId="77777777" w:rsidR="00C91940" w:rsidRDefault="00982C51">
            <w:sdt>
              <w:sdtPr>
                <w:alias w:val="SPOTKANIA_3"/>
                <w:tag w:val="SPOTKANIA_3"/>
                <w:id w:val="1056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2165DEA5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85F4F0" w14:textId="77777777" w:rsidR="00C91940" w:rsidRDefault="00982C51">
            <w:r>
              <w:t>Wykorzystujemy technologie lub innowacje w celu poprawy zrównoważonego charakteru spotkań i wydarzeń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1262D3" w14:textId="77777777" w:rsidR="00C91940" w:rsidRDefault="00982C51">
            <w:sdt>
              <w:sdtPr>
                <w:alias w:val="SPOTKANIA_4"/>
                <w:tag w:val="SPOTKANIA_4"/>
                <w:id w:val="1057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772F3BBE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1B16F0" w14:textId="77777777" w:rsidR="00C91940" w:rsidRDefault="00982C51">
            <w:r>
              <w:t>Weryfikujemy wszystkich naszych dostawców pod kątem ich zaangażowania w zrównoważony rozwój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4BDB78" w14:textId="77777777" w:rsidR="00C91940" w:rsidRDefault="00982C51">
            <w:sdt>
              <w:sdtPr>
                <w:alias w:val="SPOTKANIA_5"/>
                <w:tag w:val="SPOTKANIA_5"/>
                <w:id w:val="1058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2D32AB8A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13EE38" w14:textId="77777777" w:rsidR="00C91940" w:rsidRDefault="00982C51">
            <w:r>
              <w:t>Posiadamy politykę zamówień, która gwarantuje, że nie korzystamy z produktów lub towarów, których produkcja powoduje szkody dla różnorodności biologicznej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A6C079" w14:textId="77777777" w:rsidR="00C91940" w:rsidRDefault="00982C51">
            <w:sdt>
              <w:sdtPr>
                <w:alias w:val="SPOTKANIA_6"/>
                <w:tag w:val="SPOTKANIA_6"/>
                <w:id w:val="1059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68564A95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B8ED9" w14:textId="77777777" w:rsidR="00C91940" w:rsidRDefault="00982C51">
            <w:r>
              <w:t>Redukujemy oświetlenie w czasie montażu i demontażu wydarzenia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D3D9C5" w14:textId="77777777" w:rsidR="00C91940" w:rsidRDefault="00982C51">
            <w:sdt>
              <w:sdtPr>
                <w:alias w:val="SPOTKANIA_7"/>
                <w:tag w:val="SPOTKANIA_7"/>
                <w:id w:val="1060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</w:tbl>
    <w:p w14:paraId="5178252C" w14:textId="77777777" w:rsidR="00C91940" w:rsidRDefault="00C91940"/>
    <w:p w14:paraId="0936EA2C" w14:textId="77777777" w:rsidR="00C91940" w:rsidRDefault="00982C51">
      <w:pPr>
        <w:keepNext/>
        <w:spacing w:before="120" w:after="60"/>
      </w:pPr>
      <w:r>
        <w:rPr>
          <w:b/>
        </w:rPr>
        <w:t>13. Jeśli w powyższym pytaniu zaznaczyłaś/eś odpowiedzi „Tak”, podaj przykłady</w:t>
      </w:r>
    </w:p>
    <w:p w14:paraId="1AC23DA7" w14:textId="77777777" w:rsidR="00C91940" w:rsidRDefault="00982C51">
      <w:pPr>
        <w:ind w:left="227"/>
      </w:pPr>
      <w:sdt>
        <w:sdtPr>
          <w:alias w:val="Q13_EXAMPLES"/>
          <w:tag w:val="Q13_EXAMPLES"/>
          <w:id w:val="1061"/>
          <w:text w:multiLine="1"/>
        </w:sdtPr>
        <w:sdtEndPr/>
        <w:sdtContent>
          <w:r>
            <w:rPr>
              <w:color w:val="666666"/>
              <w:shd w:val="clear" w:color="auto" w:fill="EAF2F2"/>
            </w:rPr>
            <w:t>Kliknij i wpisz odpowiedź</w:t>
          </w:r>
        </w:sdtContent>
      </w:sdt>
    </w:p>
    <w:p w14:paraId="28C3F4D4" w14:textId="77777777" w:rsidR="00C91940" w:rsidRDefault="00982C51">
      <w:pPr>
        <w:pStyle w:val="Nagwek1"/>
      </w:pPr>
      <w:r>
        <w:t>CEL: SPOŁECZEŃSTWO</w:t>
      </w:r>
    </w:p>
    <w:p w14:paraId="00943599" w14:textId="77777777" w:rsidR="00C91940" w:rsidRDefault="00982C51">
      <w:r>
        <w:t>W tej części oceniamy odpowiedzialność obiektu wobec ludzi - zarówno pracowników, jak i gości oraz lokalnej społeczności. Pytania obejmują kwestie inkluzywności, dostępności obiektu dla osób ze szczególnymi potrzebami oraz dbałości o dobrostan (well-being) gości i personelu.</w:t>
      </w:r>
    </w:p>
    <w:p w14:paraId="50D8D41F" w14:textId="77777777" w:rsidR="00C91940" w:rsidRDefault="00982C51">
      <w:pPr>
        <w:keepNext/>
        <w:spacing w:before="180"/>
      </w:pPr>
      <w:r>
        <w:rPr>
          <w:b/>
        </w:rPr>
        <w:lastRenderedPageBreak/>
        <w:t>14. KOMUNIKACJA</w:t>
      </w:r>
      <w:r>
        <w:rPr>
          <w:b/>
          <w:color w:val="C00000"/>
        </w:rPr>
        <w:t xml:space="preserve"> *</w:t>
      </w:r>
    </w:p>
    <w:tbl>
      <w:tblPr>
        <w:tblStyle w:val="Tabela-Siatka"/>
        <w:tblW w:w="9524" w:type="dxa"/>
        <w:tblLayout w:type="fixed"/>
        <w:tblLook w:val="04A0" w:firstRow="1" w:lastRow="0" w:firstColumn="1" w:lastColumn="0" w:noHBand="0" w:noVBand="1"/>
      </w:tblPr>
      <w:tblGrid>
        <w:gridCol w:w="7654"/>
        <w:gridCol w:w="1870"/>
      </w:tblGrid>
      <w:tr w:rsidR="00C91940" w14:paraId="7DA7E463" w14:textId="77777777">
        <w:trPr>
          <w:cantSplit/>
          <w:tblHeader/>
        </w:trPr>
        <w:tc>
          <w:tcPr>
            <w:tcW w:w="7653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4E832E" w14:textId="77777777" w:rsidR="00C91940" w:rsidRDefault="00982C51">
            <w:r>
              <w:rPr>
                <w:b/>
              </w:rPr>
              <w:t>Stwierdzenie</w:t>
            </w:r>
          </w:p>
        </w:tc>
        <w:tc>
          <w:tcPr>
            <w:tcW w:w="1870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0B3974" w14:textId="77777777" w:rsidR="00C91940" w:rsidRDefault="00982C51">
            <w:r>
              <w:rPr>
                <w:b/>
              </w:rPr>
              <w:t>Odpowiedź</w:t>
            </w:r>
          </w:p>
        </w:tc>
      </w:tr>
      <w:tr w:rsidR="00C91940" w14:paraId="378B262E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F1B495" w14:textId="77777777" w:rsidR="00C91940" w:rsidRDefault="00982C51">
            <w:r>
              <w:t>Posiadamy certyfikat zrównoważonego rozwoju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A99377" w14:textId="77777777" w:rsidR="00C91940" w:rsidRDefault="00982C51">
            <w:sdt>
              <w:sdtPr>
                <w:alias w:val="KOM_1"/>
                <w:tag w:val="KOM_1"/>
                <w:id w:val="1062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6310158B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448667" w14:textId="77777777" w:rsidR="00C91940" w:rsidRDefault="00982C51">
            <w:r>
              <w:t>Posiadamy politykę zrównoważonego rozwoju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E51981" w14:textId="77777777" w:rsidR="00C91940" w:rsidRDefault="00982C51">
            <w:sdt>
              <w:sdtPr>
                <w:alias w:val="KOM_2"/>
                <w:tag w:val="KOM_2"/>
                <w:id w:val="1063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481E3149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1771B9" w14:textId="77777777" w:rsidR="00C91940" w:rsidRDefault="00982C51">
            <w:r>
              <w:t>Dzielimy się naszą ekologiczną historią / informacjami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72CC8E" w14:textId="77777777" w:rsidR="00C91940" w:rsidRDefault="00982C51">
            <w:sdt>
              <w:sdtPr>
                <w:alias w:val="KOM_3"/>
                <w:tag w:val="KOM_3"/>
                <w:id w:val="1064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054DD5E3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55A538" w14:textId="77777777" w:rsidR="00C91940" w:rsidRDefault="00982C51">
            <w:r>
              <w:t>Zbieramy opinie klientów z zakresu naszych działań ekologicznych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B03E2A" w14:textId="77777777" w:rsidR="00C91940" w:rsidRDefault="00982C51">
            <w:sdt>
              <w:sdtPr>
                <w:alias w:val="KOM_4"/>
                <w:tag w:val="KOM_4"/>
                <w:id w:val="1065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07BBD2A7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130610" w14:textId="77777777" w:rsidR="00C91940" w:rsidRDefault="00982C51">
            <w:r>
              <w:t>Regularnie dzielimy się informacjami ekologicznymi w social mediach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DC47CF" w14:textId="77777777" w:rsidR="00C91940" w:rsidRDefault="00982C51">
            <w:sdt>
              <w:sdtPr>
                <w:alias w:val="KOM_5"/>
                <w:tag w:val="KOM_5"/>
                <w:id w:val="1066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</w:tbl>
    <w:p w14:paraId="4B8D0D49" w14:textId="77777777" w:rsidR="00C91940" w:rsidRDefault="00C91940"/>
    <w:p w14:paraId="7D438155" w14:textId="77777777" w:rsidR="00C91940" w:rsidRDefault="00982C51">
      <w:pPr>
        <w:keepNext/>
        <w:spacing w:before="120"/>
      </w:pPr>
      <w:r>
        <w:rPr>
          <w:b/>
        </w:rPr>
        <w:t>15. Jeśli zaznaczyłeś/aś, że posiadasz certyfikat zrównoważonego rozwoju, np. Green Key, Green Meetings, Green Globe, ISO 20121, prześlij dokument</w:t>
      </w:r>
    </w:p>
    <w:p w14:paraId="21C59596" w14:textId="77777777" w:rsidR="00C91940" w:rsidRDefault="00982C51">
      <w:pPr>
        <w:pStyle w:val="Instruction"/>
        <w:keepNext/>
      </w:pPr>
      <w:r>
        <w:t>W wersji Word dokument proszę dołączyć jako osobny załącznik do wiadomości e-mail razem z wypełnioną ankietą. Opcjonalnie można wpisać poniżej nazwę pliku.</w:t>
      </w:r>
    </w:p>
    <w:p w14:paraId="34087123" w14:textId="77777777" w:rsidR="00C91940" w:rsidRDefault="00982C51">
      <w:sdt>
        <w:sdtPr>
          <w:alias w:val="ATT_SUST_CERT"/>
          <w:tag w:val="ATT_SUST_CERT"/>
          <w:id w:val="1067"/>
          <w:text/>
        </w:sdtPr>
        <w:sdtEndPr/>
        <w:sdtContent>
          <w:r>
            <w:rPr>
              <w:color w:val="666666"/>
              <w:shd w:val="clear" w:color="auto" w:fill="EAF2F2"/>
            </w:rPr>
            <w:t>Nazwa załącznika / pliku (opcjonalnie)</w:t>
          </w:r>
        </w:sdtContent>
      </w:sdt>
    </w:p>
    <w:p w14:paraId="42E916CB" w14:textId="77777777" w:rsidR="00C91940" w:rsidRDefault="00982C51">
      <w:pPr>
        <w:keepNext/>
        <w:spacing w:before="120"/>
      </w:pPr>
      <w:r>
        <w:rPr>
          <w:b/>
        </w:rPr>
        <w:t>16. Jeśli zaznaczyłeś/aś, że posiadasz politykę zrównoważonego rozwoju, prześlij plik</w:t>
      </w:r>
    </w:p>
    <w:p w14:paraId="031C43BD" w14:textId="77777777" w:rsidR="00C91940" w:rsidRDefault="00982C51">
      <w:pPr>
        <w:pStyle w:val="Instruction"/>
        <w:keepNext/>
      </w:pPr>
      <w:r>
        <w:t>W wersji Word dokument proszę dołączyć jako osobny załącznik do wiadomości e-mail razem z wypełnioną ankietą. Opcjonalnie można wpisać poniżej nazwę pliku.</w:t>
      </w:r>
    </w:p>
    <w:p w14:paraId="6E5F62E7" w14:textId="77777777" w:rsidR="00C91940" w:rsidRDefault="00982C51">
      <w:sdt>
        <w:sdtPr>
          <w:alias w:val="ATT_SUST_POLICY"/>
          <w:tag w:val="ATT_SUST_POLICY"/>
          <w:id w:val="1068"/>
          <w:text/>
        </w:sdtPr>
        <w:sdtEndPr/>
        <w:sdtContent>
          <w:r>
            <w:rPr>
              <w:color w:val="666666"/>
              <w:shd w:val="clear" w:color="auto" w:fill="EAF2F2"/>
            </w:rPr>
            <w:t>Nazwa załącznika / pliku (opcjonalnie)</w:t>
          </w:r>
        </w:sdtContent>
      </w:sdt>
    </w:p>
    <w:p w14:paraId="5C622F6E" w14:textId="77777777" w:rsidR="00C91940" w:rsidRDefault="00982C51">
      <w:pPr>
        <w:keepNext/>
        <w:spacing w:before="180"/>
      </w:pPr>
      <w:r>
        <w:rPr>
          <w:b/>
        </w:rPr>
        <w:t>17. WIEDZA</w:t>
      </w:r>
      <w:r>
        <w:rPr>
          <w:b/>
          <w:color w:val="C00000"/>
        </w:rPr>
        <w:t xml:space="preserve"> *</w:t>
      </w:r>
    </w:p>
    <w:tbl>
      <w:tblPr>
        <w:tblStyle w:val="Tabela-Siatka"/>
        <w:tblW w:w="9524" w:type="dxa"/>
        <w:tblLayout w:type="fixed"/>
        <w:tblLook w:val="04A0" w:firstRow="1" w:lastRow="0" w:firstColumn="1" w:lastColumn="0" w:noHBand="0" w:noVBand="1"/>
      </w:tblPr>
      <w:tblGrid>
        <w:gridCol w:w="7654"/>
        <w:gridCol w:w="1870"/>
      </w:tblGrid>
      <w:tr w:rsidR="00C91940" w14:paraId="555A311E" w14:textId="77777777">
        <w:trPr>
          <w:cantSplit/>
          <w:tblHeader/>
        </w:trPr>
        <w:tc>
          <w:tcPr>
            <w:tcW w:w="7653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C274F0" w14:textId="77777777" w:rsidR="00C91940" w:rsidRDefault="00982C51">
            <w:r>
              <w:rPr>
                <w:b/>
              </w:rPr>
              <w:t>Stwierdzenie</w:t>
            </w:r>
          </w:p>
        </w:tc>
        <w:tc>
          <w:tcPr>
            <w:tcW w:w="1870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0CFD31" w14:textId="77777777" w:rsidR="00C91940" w:rsidRDefault="00982C51">
            <w:r>
              <w:rPr>
                <w:b/>
              </w:rPr>
              <w:t>Odpowiedź</w:t>
            </w:r>
          </w:p>
        </w:tc>
      </w:tr>
      <w:tr w:rsidR="00C91940" w14:paraId="6859DDA2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1B3075" w14:textId="77777777" w:rsidR="00C91940" w:rsidRDefault="00982C51">
            <w:r>
              <w:t>Nasi pracownicy są świadomi zmian klimatycznych i kwestii ekologicznych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1EA2D7" w14:textId="77777777" w:rsidR="00C91940" w:rsidRDefault="00982C51">
            <w:sdt>
              <w:sdtPr>
                <w:alias w:val="WIEDZA_1"/>
                <w:tag w:val="WIEDZA_1"/>
                <w:id w:val="1069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2F997B9B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987BAC" w14:textId="77777777" w:rsidR="00C91940" w:rsidRDefault="00982C51">
            <w:r>
              <w:t>Regularnie szkolimy pracowników z zakresu świadomości ekologicznej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CD5DF0" w14:textId="77777777" w:rsidR="00C91940" w:rsidRDefault="00982C51">
            <w:sdt>
              <w:sdtPr>
                <w:alias w:val="WIEDZA_2"/>
                <w:tag w:val="WIEDZA_2"/>
                <w:id w:val="1070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5140836A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27C4B9" w14:textId="77777777" w:rsidR="00C91940" w:rsidRDefault="00982C51">
            <w:r>
              <w:t>Posiadamy plan działania na rzecz ochrony środowiska, angażujący wszystkich pracowników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B2B7C3" w14:textId="77777777" w:rsidR="00C91940" w:rsidRDefault="00982C51">
            <w:sdt>
              <w:sdtPr>
                <w:alias w:val="WIEDZA_3"/>
                <w:tag w:val="WIEDZA_3"/>
                <w:id w:val="1071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05B30439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FE4F9A" w14:textId="77777777" w:rsidR="00C91940" w:rsidRDefault="00982C51">
            <w:r>
              <w:t>Edukujemy dostawców w zakresie naszego zaangażowania w zrównoważony rozwój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409578" w14:textId="77777777" w:rsidR="00C91940" w:rsidRDefault="00982C51">
            <w:sdt>
              <w:sdtPr>
                <w:alias w:val="WIEDZA_4"/>
                <w:tag w:val="WIEDZA_4"/>
                <w:id w:val="1072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73896913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B5BA33" w14:textId="77777777" w:rsidR="00C91940" w:rsidRDefault="00982C51">
            <w:r>
              <w:t>Regularnie kontrolujemy i konserwujemy urządzenia celem utrzymania / poprawy efektywności ich działania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B518E9" w14:textId="77777777" w:rsidR="00C91940" w:rsidRDefault="00982C51">
            <w:sdt>
              <w:sdtPr>
                <w:alias w:val="WIEDZA_5"/>
                <w:tag w:val="WIEDZA_5"/>
                <w:id w:val="1073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</w:tbl>
    <w:p w14:paraId="7990F436" w14:textId="77777777" w:rsidR="00C91940" w:rsidRDefault="00C91940"/>
    <w:p w14:paraId="48F5B4A0" w14:textId="77777777" w:rsidR="00C91940" w:rsidRDefault="00982C51">
      <w:pPr>
        <w:keepNext/>
        <w:spacing w:before="180"/>
      </w:pPr>
      <w:r>
        <w:rPr>
          <w:b/>
        </w:rPr>
        <w:t>18. SPOŁECZNOŚĆ</w:t>
      </w:r>
      <w:r>
        <w:rPr>
          <w:b/>
          <w:color w:val="C00000"/>
        </w:rPr>
        <w:t xml:space="preserve"> *</w:t>
      </w:r>
    </w:p>
    <w:tbl>
      <w:tblPr>
        <w:tblStyle w:val="Tabela-Siatka"/>
        <w:tblW w:w="9524" w:type="dxa"/>
        <w:tblLayout w:type="fixed"/>
        <w:tblLook w:val="04A0" w:firstRow="1" w:lastRow="0" w:firstColumn="1" w:lastColumn="0" w:noHBand="0" w:noVBand="1"/>
      </w:tblPr>
      <w:tblGrid>
        <w:gridCol w:w="7654"/>
        <w:gridCol w:w="1870"/>
      </w:tblGrid>
      <w:tr w:rsidR="00C91940" w14:paraId="15744D21" w14:textId="77777777">
        <w:trPr>
          <w:cantSplit/>
          <w:tblHeader/>
        </w:trPr>
        <w:tc>
          <w:tcPr>
            <w:tcW w:w="7653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1F4574" w14:textId="77777777" w:rsidR="00C91940" w:rsidRDefault="00982C51">
            <w:r>
              <w:rPr>
                <w:b/>
              </w:rPr>
              <w:t>Stwierdzenie</w:t>
            </w:r>
          </w:p>
        </w:tc>
        <w:tc>
          <w:tcPr>
            <w:tcW w:w="1870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8391F" w14:textId="77777777" w:rsidR="00C91940" w:rsidRDefault="00982C51">
            <w:r>
              <w:rPr>
                <w:b/>
              </w:rPr>
              <w:t>Odpowiedź</w:t>
            </w:r>
          </w:p>
        </w:tc>
      </w:tr>
      <w:tr w:rsidR="00C91940" w14:paraId="6F6B9DB8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BFB000" w14:textId="77777777" w:rsidR="00C91940" w:rsidRDefault="00982C51">
            <w:r>
              <w:t>Inicjujemy/wspieramy lokalne projekty społeczne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CFAEA4" w14:textId="77777777" w:rsidR="00C91940" w:rsidRDefault="00982C51">
            <w:sdt>
              <w:sdtPr>
                <w:alias w:val="SPOLECZNOSC_1"/>
                <w:tag w:val="SPOLECZNOSC_1"/>
                <w:id w:val="1074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5581F505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8E9B60" w14:textId="77777777" w:rsidR="00C91940" w:rsidRDefault="00982C51">
            <w:r>
              <w:t>Inicjujemy/wspieramy lokalne projekty środowiskowe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EB6B59" w14:textId="77777777" w:rsidR="00C91940" w:rsidRDefault="00982C51">
            <w:sdt>
              <w:sdtPr>
                <w:alias w:val="SPOLECZNOSC_2"/>
                <w:tag w:val="SPOLECZNOSC_2"/>
                <w:id w:val="1075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2FCC90B2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A1A9CA" w14:textId="77777777" w:rsidR="00C91940" w:rsidRDefault="00982C51">
            <w:r>
              <w:t>Wspieramy organizacje charytatywne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FB9694" w14:textId="77777777" w:rsidR="00C91940" w:rsidRDefault="00982C51">
            <w:sdt>
              <w:sdtPr>
                <w:alias w:val="SPOLECZNOSC_3"/>
                <w:tag w:val="SPOLECZNOSC_3"/>
                <w:id w:val="1076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</w:tbl>
    <w:p w14:paraId="55D7C9D7" w14:textId="77777777" w:rsidR="00C91940" w:rsidRDefault="00C91940"/>
    <w:p w14:paraId="52671A64" w14:textId="77777777" w:rsidR="00C91940" w:rsidRDefault="00982C51">
      <w:pPr>
        <w:keepNext/>
        <w:spacing w:before="180"/>
      </w:pPr>
      <w:r>
        <w:rPr>
          <w:b/>
        </w:rPr>
        <w:lastRenderedPageBreak/>
        <w:t>19. ZDROWIE I DOBRE SAMOPOCZUCIE</w:t>
      </w:r>
      <w:r>
        <w:rPr>
          <w:b/>
          <w:color w:val="C00000"/>
        </w:rPr>
        <w:t xml:space="preserve"> *</w:t>
      </w:r>
    </w:p>
    <w:tbl>
      <w:tblPr>
        <w:tblStyle w:val="Tabela-Siatka"/>
        <w:tblW w:w="9524" w:type="dxa"/>
        <w:tblLayout w:type="fixed"/>
        <w:tblLook w:val="04A0" w:firstRow="1" w:lastRow="0" w:firstColumn="1" w:lastColumn="0" w:noHBand="0" w:noVBand="1"/>
      </w:tblPr>
      <w:tblGrid>
        <w:gridCol w:w="7654"/>
        <w:gridCol w:w="1870"/>
      </w:tblGrid>
      <w:tr w:rsidR="00C91940" w14:paraId="554A27A7" w14:textId="77777777">
        <w:trPr>
          <w:cantSplit/>
          <w:tblHeader/>
        </w:trPr>
        <w:tc>
          <w:tcPr>
            <w:tcW w:w="7653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6C4DA3" w14:textId="77777777" w:rsidR="00C91940" w:rsidRDefault="00982C51">
            <w:r>
              <w:rPr>
                <w:b/>
              </w:rPr>
              <w:t>Stwierdzenie</w:t>
            </w:r>
          </w:p>
        </w:tc>
        <w:tc>
          <w:tcPr>
            <w:tcW w:w="1870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EB41DA" w14:textId="77777777" w:rsidR="00C91940" w:rsidRDefault="00982C51">
            <w:r>
              <w:rPr>
                <w:b/>
              </w:rPr>
              <w:t>Odpowiedź</w:t>
            </w:r>
          </w:p>
        </w:tc>
      </w:tr>
      <w:tr w:rsidR="00C91940" w14:paraId="5BFD6CFB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E01B3F" w14:textId="77777777" w:rsidR="00C91940" w:rsidRDefault="00982C51">
            <w:r>
              <w:t>Wdrożyliśmy procedury zapewniające zdrowie i dobre samopoczucie klientów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81F0BD" w14:textId="77777777" w:rsidR="00C91940" w:rsidRDefault="00982C51">
            <w:sdt>
              <w:sdtPr>
                <w:alias w:val="ZDROWIE_1"/>
                <w:tag w:val="ZDROWIE_1"/>
                <w:id w:val="1077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2578F6B6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4ACFB9" w14:textId="77777777" w:rsidR="00C91940" w:rsidRDefault="00982C51">
            <w:r>
              <w:t>Wdrożyliśmy procedury zapewniające zdrowie, w tym zdrowie psychiczne, i dobre samopoczucie pracowników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0FAD51" w14:textId="77777777" w:rsidR="00C91940" w:rsidRDefault="00982C51">
            <w:sdt>
              <w:sdtPr>
                <w:alias w:val="ZDROWIE_2"/>
                <w:tag w:val="ZDROWIE_2"/>
                <w:id w:val="1078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570E32BA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9D6861" w14:textId="77777777" w:rsidR="00C91940" w:rsidRDefault="00982C51">
            <w:r>
              <w:t>Wspieramy aktywność fizyczną pracowników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BA16EC" w14:textId="77777777" w:rsidR="00C91940" w:rsidRDefault="00982C51">
            <w:sdt>
              <w:sdtPr>
                <w:alias w:val="ZDROWIE_3"/>
                <w:tag w:val="ZDROWIE_3"/>
                <w:id w:val="1079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</w:tbl>
    <w:p w14:paraId="56BCDEFD" w14:textId="77777777" w:rsidR="00C91940" w:rsidRDefault="00C91940"/>
    <w:p w14:paraId="26C36C73" w14:textId="77777777" w:rsidR="00C91940" w:rsidRDefault="00982C51">
      <w:pPr>
        <w:keepNext/>
        <w:spacing w:before="180"/>
      </w:pPr>
      <w:r>
        <w:rPr>
          <w:b/>
        </w:rPr>
        <w:t>20. RÓWNOŚĆ, RÓŻNORODNOŚĆ, INTEGRACJA</w:t>
      </w:r>
      <w:r>
        <w:rPr>
          <w:b/>
          <w:color w:val="C00000"/>
        </w:rPr>
        <w:t xml:space="preserve"> *</w:t>
      </w:r>
    </w:p>
    <w:tbl>
      <w:tblPr>
        <w:tblStyle w:val="Tabela-Siatka"/>
        <w:tblW w:w="9524" w:type="dxa"/>
        <w:tblLayout w:type="fixed"/>
        <w:tblLook w:val="04A0" w:firstRow="1" w:lastRow="0" w:firstColumn="1" w:lastColumn="0" w:noHBand="0" w:noVBand="1"/>
      </w:tblPr>
      <w:tblGrid>
        <w:gridCol w:w="7654"/>
        <w:gridCol w:w="1870"/>
      </w:tblGrid>
      <w:tr w:rsidR="00C91940" w14:paraId="629793A6" w14:textId="77777777">
        <w:trPr>
          <w:cantSplit/>
          <w:tblHeader/>
        </w:trPr>
        <w:tc>
          <w:tcPr>
            <w:tcW w:w="7653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2437C4" w14:textId="77777777" w:rsidR="00C91940" w:rsidRDefault="00982C51">
            <w:r>
              <w:rPr>
                <w:b/>
              </w:rPr>
              <w:t>Stwierdzenie</w:t>
            </w:r>
          </w:p>
        </w:tc>
        <w:tc>
          <w:tcPr>
            <w:tcW w:w="1870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7C38B0" w14:textId="77777777" w:rsidR="00C91940" w:rsidRDefault="00982C51">
            <w:r>
              <w:rPr>
                <w:b/>
              </w:rPr>
              <w:t>Odpowiedź</w:t>
            </w:r>
          </w:p>
        </w:tc>
      </w:tr>
      <w:tr w:rsidR="00C91940" w14:paraId="7A7F61B4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082DBB" w14:textId="77777777" w:rsidR="00C91940" w:rsidRDefault="00982C51">
            <w:r>
              <w:t>Wdrożyliśmy politykę, która gwarantuje równe traktowanie wszystkich naszych klientów, pracowników i dostawców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CF4464" w14:textId="77777777" w:rsidR="00C91940" w:rsidRDefault="00982C51">
            <w:sdt>
              <w:sdtPr>
                <w:alias w:val="ROWNOSC_1"/>
                <w:tag w:val="ROWNOSC_1"/>
                <w:id w:val="1080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4F1A18B0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D42B22" w14:textId="77777777" w:rsidR="00C91940" w:rsidRDefault="00982C51">
            <w:r>
              <w:t>Posiadamy program dostępności, który umożliwia uczestnictwo w wydarzeniu osobom z niepełnosprawnościami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876AD3" w14:textId="77777777" w:rsidR="00C91940" w:rsidRDefault="00982C51">
            <w:sdt>
              <w:sdtPr>
                <w:alias w:val="ROWNOSC_2"/>
                <w:tag w:val="ROWNOSC_2"/>
                <w:id w:val="1081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18EAA58F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31F17A" w14:textId="77777777" w:rsidR="00C91940" w:rsidRDefault="00982C51">
            <w:r>
              <w:t>Sale konferencyjne są dostępne dla osób z niepełnosprawnościami, a drogi dojazdowe są wyraźnie oznakowane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09B17C" w14:textId="77777777" w:rsidR="00C91940" w:rsidRDefault="00982C51">
            <w:sdt>
              <w:sdtPr>
                <w:alias w:val="ROWNOSC_3"/>
                <w:tag w:val="ROWNOSC_3"/>
                <w:id w:val="1082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5ECFE2AF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DE2BAC" w14:textId="77777777" w:rsidR="00C91940" w:rsidRDefault="00982C51">
            <w:r>
              <w:t>Miejsca ogólnodostępne w obiekcie są przystosowane dla osób z niepełnosprawnościami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3E65AF" w14:textId="77777777" w:rsidR="00C91940" w:rsidRDefault="00982C51">
            <w:sdt>
              <w:sdtPr>
                <w:alias w:val="ROWNOSC_4"/>
                <w:tag w:val="ROWNOSC_4"/>
                <w:id w:val="1083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7FC1DD7A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383401" w14:textId="77777777" w:rsidR="00C91940" w:rsidRDefault="00982C51">
            <w:r>
              <w:t>Obiekt posiada neutralne toalety pod względem płci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3001CC" w14:textId="77777777" w:rsidR="00C91940" w:rsidRDefault="00982C51">
            <w:sdt>
              <w:sdtPr>
                <w:alias w:val="ROWNOSC_5"/>
                <w:tag w:val="ROWNOSC_5"/>
                <w:id w:val="1084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45EAD7E7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5A8083" w14:textId="77777777" w:rsidR="00C91940" w:rsidRDefault="00982C51">
            <w:r>
              <w:t>Obiekt zapewnia dedykowany pokój laktacyjny/pielęgnacyjny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0110B5" w14:textId="77777777" w:rsidR="00C91940" w:rsidRDefault="00982C51">
            <w:sdt>
              <w:sdtPr>
                <w:alias w:val="ROWNOSC_6"/>
                <w:tag w:val="ROWNOSC_6"/>
                <w:id w:val="1085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5F79C24C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69A530" w14:textId="77777777" w:rsidR="00C91940" w:rsidRDefault="00982C51">
            <w:r>
              <w:t>Obiekt posiada strefę ciszy dla osób nienormatywnych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F30E56" w14:textId="77777777" w:rsidR="00C91940" w:rsidRDefault="00982C51">
            <w:sdt>
              <w:sdtPr>
                <w:alias w:val="ROWNOSC_7"/>
                <w:tag w:val="ROWNOSC_7"/>
                <w:id w:val="1086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73FF9596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1FBB45" w14:textId="77777777" w:rsidR="00C91940" w:rsidRDefault="00982C51">
            <w:r>
              <w:t>Obiekt posiada udogodnienia dla osób niedosłyszących i głuchych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6021DB" w14:textId="77777777" w:rsidR="00C91940" w:rsidRDefault="00982C51">
            <w:sdt>
              <w:sdtPr>
                <w:alias w:val="ROWNOSC_8"/>
                <w:tag w:val="ROWNOSC_8"/>
                <w:id w:val="1087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2DFD7292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1AA330" w14:textId="77777777" w:rsidR="00C91940" w:rsidRDefault="00982C51">
            <w:r>
              <w:t>Obiekt posiada udogodnienia dla osób niewidomych i niedowidzących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F3407B" w14:textId="77777777" w:rsidR="00C91940" w:rsidRDefault="00982C51">
            <w:sdt>
              <w:sdtPr>
                <w:alias w:val="ROWNOSC_9"/>
                <w:tag w:val="ROWNOSC_9"/>
                <w:id w:val="1088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</w:tbl>
    <w:p w14:paraId="6F21143E" w14:textId="77777777" w:rsidR="00C91940" w:rsidRDefault="00C91940"/>
    <w:p w14:paraId="63127A1E" w14:textId="77777777" w:rsidR="00C91940" w:rsidRDefault="00982C51">
      <w:pPr>
        <w:keepNext/>
        <w:spacing w:before="120"/>
      </w:pPr>
      <w:r>
        <w:rPr>
          <w:b/>
        </w:rPr>
        <w:t>21. Jeśli zaznaczyłeś/aś „Tak” w punkcie polityki równego traktowania, prześlij plik tego dokumentu</w:t>
      </w:r>
    </w:p>
    <w:p w14:paraId="56E3CACE" w14:textId="77777777" w:rsidR="00C91940" w:rsidRDefault="00982C51">
      <w:pPr>
        <w:pStyle w:val="Instruction"/>
        <w:keepNext/>
      </w:pPr>
      <w:r>
        <w:t>W wersji Word dokument proszę dołączyć jako osobny załącznik do wiadomości e-mail razem z wypełnioną ankietą. Opcjonalnie można wpisać poniżej nazwę pliku.</w:t>
      </w:r>
    </w:p>
    <w:p w14:paraId="7BE82EFA" w14:textId="77777777" w:rsidR="00C91940" w:rsidRDefault="00982C51">
      <w:sdt>
        <w:sdtPr>
          <w:alias w:val="ATT_EQUALITY"/>
          <w:tag w:val="ATT_EQUALITY"/>
          <w:id w:val="1089"/>
          <w:text/>
        </w:sdtPr>
        <w:sdtEndPr/>
        <w:sdtContent>
          <w:r>
            <w:rPr>
              <w:color w:val="666666"/>
              <w:shd w:val="clear" w:color="auto" w:fill="EAF2F2"/>
            </w:rPr>
            <w:t>Nazwa załącznika / pliku (opcjonalnie)</w:t>
          </w:r>
        </w:sdtContent>
      </w:sdt>
    </w:p>
    <w:p w14:paraId="155F2D7A" w14:textId="77777777" w:rsidR="00C91940" w:rsidRDefault="00982C51">
      <w:pPr>
        <w:keepNext/>
        <w:spacing w:before="120"/>
      </w:pPr>
      <w:r>
        <w:rPr>
          <w:b/>
        </w:rPr>
        <w:t>22. Jeśli zaznaczyłeś/aś „Tak” w punkcie programu dostępności, prześlij plik tego dokumentu</w:t>
      </w:r>
    </w:p>
    <w:p w14:paraId="7F605026" w14:textId="77777777" w:rsidR="00C91940" w:rsidRDefault="00982C51">
      <w:pPr>
        <w:pStyle w:val="Instruction"/>
        <w:keepNext/>
      </w:pPr>
      <w:r>
        <w:t>W wersji Word dokument proszę dołączyć jako osobny załącznik do wiadomości e-mail razem z wypełnioną ankietą. Opcjonalnie można wpisać poniżej nazwę pliku.</w:t>
      </w:r>
    </w:p>
    <w:p w14:paraId="2CEFAFCD" w14:textId="77777777" w:rsidR="00C91940" w:rsidRDefault="00982C51">
      <w:sdt>
        <w:sdtPr>
          <w:alias w:val="ATT_ACCESS"/>
          <w:tag w:val="ATT_ACCESS"/>
          <w:id w:val="1090"/>
          <w:text/>
        </w:sdtPr>
        <w:sdtEndPr/>
        <w:sdtContent>
          <w:r>
            <w:rPr>
              <w:color w:val="666666"/>
              <w:shd w:val="clear" w:color="auto" w:fill="EAF2F2"/>
            </w:rPr>
            <w:t>Nazwa załącznika / pliku (opcjonalnie)</w:t>
          </w:r>
        </w:sdtContent>
      </w:sdt>
    </w:p>
    <w:p w14:paraId="023817D4" w14:textId="77777777" w:rsidR="00C91940" w:rsidRDefault="00982C51">
      <w:pPr>
        <w:pStyle w:val="Nagwek1"/>
      </w:pPr>
      <w:r>
        <w:t>CEL: ŁAD KORPORACYJNY</w:t>
      </w:r>
    </w:p>
    <w:p w14:paraId="3CF6D703" w14:textId="77777777" w:rsidR="00C91940" w:rsidRDefault="00982C51">
      <w:r>
        <w:t xml:space="preserve">Fundamentem zrównoważonego rozwoju jest przejrzysta struktura zarządcza oraz stabilne zasady etyczne, które gwarantują bezpieczeństwo i profesjonalizm w relacjach biznesowych. W tej sekcji skupiamy się na wewnętrznych standardach obiektu, obejmujących kluczowe obszary ładu organizacyjnego. Pytania dotyczą </w:t>
      </w:r>
      <w:r>
        <w:lastRenderedPageBreak/>
        <w:t>wdrożonych polityk zdrowia i bezpieczeństwa, procedur antykorupcyjnych oraz przejrzystości regulaminów pracy i wynagradzania. Istotnym elementem jest dla nas również ochrona danych i bezpieczeństwo informacji, systemowe podejście do rozwoju kompetencji pracowników oraz bezwzględne przestrzeganie praw pracowniczych i praw człowieka.</w:t>
      </w:r>
    </w:p>
    <w:p w14:paraId="64A3745E" w14:textId="77777777" w:rsidR="00C91940" w:rsidRDefault="00982C51">
      <w:pPr>
        <w:keepNext/>
        <w:spacing w:before="180"/>
      </w:pPr>
      <w:r>
        <w:rPr>
          <w:b/>
        </w:rPr>
        <w:t>23. Posiadamy politykę obejmującą cele jakościowe i ilościowe w zakresie:</w:t>
      </w:r>
      <w:r>
        <w:rPr>
          <w:b/>
          <w:color w:val="C00000"/>
        </w:rPr>
        <w:t xml:space="preserve"> *</w:t>
      </w:r>
    </w:p>
    <w:tbl>
      <w:tblPr>
        <w:tblStyle w:val="Tabela-Siatka"/>
        <w:tblW w:w="9524" w:type="dxa"/>
        <w:tblLayout w:type="fixed"/>
        <w:tblLook w:val="04A0" w:firstRow="1" w:lastRow="0" w:firstColumn="1" w:lastColumn="0" w:noHBand="0" w:noVBand="1"/>
      </w:tblPr>
      <w:tblGrid>
        <w:gridCol w:w="7654"/>
        <w:gridCol w:w="1870"/>
      </w:tblGrid>
      <w:tr w:rsidR="00C91940" w14:paraId="29A7317E" w14:textId="77777777">
        <w:trPr>
          <w:cantSplit/>
          <w:tblHeader/>
        </w:trPr>
        <w:tc>
          <w:tcPr>
            <w:tcW w:w="7653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B428AA" w14:textId="77777777" w:rsidR="00C91940" w:rsidRDefault="00982C51">
            <w:r>
              <w:rPr>
                <w:b/>
              </w:rPr>
              <w:t>Stwierdzenie</w:t>
            </w:r>
          </w:p>
        </w:tc>
        <w:tc>
          <w:tcPr>
            <w:tcW w:w="1870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88FEE4" w14:textId="77777777" w:rsidR="00C91940" w:rsidRDefault="00982C51">
            <w:r>
              <w:rPr>
                <w:b/>
              </w:rPr>
              <w:t>Odpowiedź</w:t>
            </w:r>
          </w:p>
        </w:tc>
      </w:tr>
      <w:tr w:rsidR="00C91940" w14:paraId="138F04D0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227F40" w14:textId="77777777" w:rsidR="00C91940" w:rsidRDefault="00982C51">
            <w:r>
              <w:t>Zdrowia, higieny pracy i bezpieczeństwa pracowników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7870DF" w14:textId="77777777" w:rsidR="00C91940" w:rsidRDefault="00982C51">
            <w:sdt>
              <w:sdtPr>
                <w:alias w:val="LAD_POLITYKI_1"/>
                <w:tag w:val="LAD_POLITYKI_1"/>
                <w:id w:val="1091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2D6F0F33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B86551" w14:textId="77777777" w:rsidR="00C91940" w:rsidRDefault="00982C51">
            <w:r>
              <w:t>Warunków pracy i wynagradzania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13D8BF" w14:textId="77777777" w:rsidR="00C91940" w:rsidRDefault="00982C51">
            <w:sdt>
              <w:sdtPr>
                <w:alias w:val="LAD_POLITYKI_2"/>
                <w:tag w:val="LAD_POLITYKI_2"/>
                <w:id w:val="1092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061EFCBC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A6DC17" w14:textId="77777777" w:rsidR="00C91940" w:rsidRDefault="00982C51">
            <w:r>
              <w:t>Zarządzania karierą i szkoleniami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56198C" w14:textId="77777777" w:rsidR="00C91940" w:rsidRDefault="00982C51">
            <w:sdt>
              <w:sdtPr>
                <w:alias w:val="LAD_POLITYKI_3"/>
                <w:tag w:val="LAD_POLITYKI_3"/>
                <w:id w:val="1093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639C37AC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D268D9" w14:textId="77777777" w:rsidR="00C91940" w:rsidRDefault="00982C51">
            <w:r>
              <w:t>Przeciwdziałania korupcji i łapownictwu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0D41A5" w14:textId="77777777" w:rsidR="00C91940" w:rsidRDefault="00982C51">
            <w:sdt>
              <w:sdtPr>
                <w:alias w:val="LAD_POLITYKI_4"/>
                <w:tag w:val="LAD_POLITYKI_4"/>
                <w:id w:val="1094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129B423D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10AE6D" w14:textId="77777777" w:rsidR="00C91940" w:rsidRDefault="00982C51">
            <w:r>
              <w:t>Bezpieczeństwa informacji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008FD9" w14:textId="77777777" w:rsidR="00C91940" w:rsidRDefault="00982C51">
            <w:sdt>
              <w:sdtPr>
                <w:alias w:val="LAD_POLITYKI_5"/>
                <w:tag w:val="LAD_POLITYKI_5"/>
                <w:id w:val="1095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</w:tbl>
    <w:p w14:paraId="6948DFCC" w14:textId="77777777" w:rsidR="00C91940" w:rsidRDefault="00C91940"/>
    <w:p w14:paraId="2BBE7372" w14:textId="77777777" w:rsidR="00C91940" w:rsidRDefault="00982C51">
      <w:pPr>
        <w:keepNext/>
        <w:spacing w:before="120"/>
      </w:pPr>
      <w:r>
        <w:rPr>
          <w:b/>
        </w:rPr>
        <w:t>24. Jeśli chcesz podzielić się z nami dokumentami wdrożonych polityk w swoim obiekcie, o których mowa powyżej, prześlij pliki</w:t>
      </w:r>
    </w:p>
    <w:p w14:paraId="445FAA31" w14:textId="77777777" w:rsidR="00C91940" w:rsidRDefault="00982C51">
      <w:pPr>
        <w:pStyle w:val="Instruction"/>
        <w:keepNext/>
      </w:pPr>
      <w:r>
        <w:t>W wersji Word dokument proszę dołączyć jako osobny załącznik do wiadomości e-mail razem z wypełnioną ankietą. Opcjonalnie można wpisać poniżej nazwę pliku.</w:t>
      </w:r>
    </w:p>
    <w:p w14:paraId="2510E21C" w14:textId="77777777" w:rsidR="00C91940" w:rsidRDefault="00982C51">
      <w:sdt>
        <w:sdtPr>
          <w:alias w:val="ATT_GOV_POLICIES"/>
          <w:tag w:val="ATT_GOV_POLICIES"/>
          <w:id w:val="1096"/>
          <w:text/>
        </w:sdtPr>
        <w:sdtEndPr/>
        <w:sdtContent>
          <w:r>
            <w:rPr>
              <w:color w:val="666666"/>
              <w:shd w:val="clear" w:color="auto" w:fill="EAF2F2"/>
            </w:rPr>
            <w:t>Nazwa załącznika / pliku (opcjonalnie)</w:t>
          </w:r>
        </w:sdtContent>
      </w:sdt>
    </w:p>
    <w:p w14:paraId="13BF0A84" w14:textId="77777777" w:rsidR="00C91940" w:rsidRDefault="00982C51">
      <w:pPr>
        <w:keepNext/>
        <w:spacing w:before="180"/>
      </w:pPr>
      <w:r>
        <w:rPr>
          <w:b/>
        </w:rPr>
        <w:t>25. Wdrożyliśmy działania w zakresie praw pracowniczych i praw człowieka w zakresie:</w:t>
      </w:r>
      <w:r>
        <w:rPr>
          <w:b/>
          <w:color w:val="C00000"/>
        </w:rPr>
        <w:t xml:space="preserve"> *</w:t>
      </w:r>
    </w:p>
    <w:tbl>
      <w:tblPr>
        <w:tblStyle w:val="Tabela-Siatka"/>
        <w:tblW w:w="9524" w:type="dxa"/>
        <w:tblLayout w:type="fixed"/>
        <w:tblLook w:val="04A0" w:firstRow="1" w:lastRow="0" w:firstColumn="1" w:lastColumn="0" w:noHBand="0" w:noVBand="1"/>
      </w:tblPr>
      <w:tblGrid>
        <w:gridCol w:w="7654"/>
        <w:gridCol w:w="1870"/>
      </w:tblGrid>
      <w:tr w:rsidR="00C91940" w14:paraId="4CAD573E" w14:textId="77777777">
        <w:trPr>
          <w:cantSplit/>
          <w:tblHeader/>
        </w:trPr>
        <w:tc>
          <w:tcPr>
            <w:tcW w:w="7653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03223A" w14:textId="77777777" w:rsidR="00C91940" w:rsidRDefault="00982C51">
            <w:r>
              <w:rPr>
                <w:b/>
              </w:rPr>
              <w:t>Stwierdzenie</w:t>
            </w:r>
          </w:p>
        </w:tc>
        <w:tc>
          <w:tcPr>
            <w:tcW w:w="1870" w:type="dxa"/>
            <w:shd w:val="clear" w:color="auto" w:fill="D9E8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44CE5B" w14:textId="77777777" w:rsidR="00C91940" w:rsidRDefault="00982C51">
            <w:r>
              <w:rPr>
                <w:b/>
              </w:rPr>
              <w:t>Odpowiedź</w:t>
            </w:r>
          </w:p>
        </w:tc>
      </w:tr>
      <w:tr w:rsidR="00C91940" w14:paraId="192FB5DB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F8CBBA" w14:textId="77777777" w:rsidR="00C91940" w:rsidRDefault="00982C51">
            <w:r>
              <w:t>Opieki zdrowotnej i ubezpieczenia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AC6F1E" w14:textId="77777777" w:rsidR="00C91940" w:rsidRDefault="00982C51">
            <w:sdt>
              <w:sdtPr>
                <w:alias w:val="PRAWA_1"/>
                <w:tag w:val="PRAWA_1"/>
                <w:id w:val="1097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384C89AA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6051DF" w14:textId="77777777" w:rsidR="00C91940" w:rsidRDefault="00982C51">
            <w:r>
              <w:t>Zrównoważenia życia zawodowego i rodzinnego, np. elastyczny czas pracy, praca zdalna itp.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31C482" w14:textId="77777777" w:rsidR="00C91940" w:rsidRDefault="00982C51">
            <w:sdt>
              <w:sdtPr>
                <w:alias w:val="PRAWA_2"/>
                <w:tag w:val="PRAWA_2"/>
                <w:id w:val="1098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1A26B2A2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4A21D0" w14:textId="77777777" w:rsidR="00C91940" w:rsidRDefault="00982C51">
            <w:r>
              <w:t>Rekompensaty za godziny przepracowane ponad normalny czas pracy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00075A" w14:textId="77777777" w:rsidR="00C91940" w:rsidRDefault="00982C51">
            <w:sdt>
              <w:sdtPr>
                <w:alias w:val="PRAWA_3"/>
                <w:tag w:val="PRAWA_3"/>
                <w:id w:val="1099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78718C57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9FA766" w14:textId="77777777" w:rsidR="00C91940" w:rsidRDefault="00982C51">
            <w:r>
              <w:t>Dostępu dla pracowników do szkoleń podnoszących ich wiedzę i umiejętności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E5D6E2" w14:textId="77777777" w:rsidR="00C91940" w:rsidRDefault="00982C51">
            <w:sdt>
              <w:sdtPr>
                <w:alias w:val="PRAWA_4"/>
                <w:tag w:val="PRAWA_4"/>
                <w:id w:val="1100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30505DCE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21E98E" w14:textId="77777777" w:rsidR="00C91940" w:rsidRDefault="00982C51">
            <w:r>
              <w:t>Instrukcji służących do oceny i regularnego przeglądu wyników pracy pracownika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09C17B" w14:textId="77777777" w:rsidR="00C91940" w:rsidRDefault="00982C51">
            <w:sdt>
              <w:sdtPr>
                <w:alias w:val="PRAWA_5"/>
                <w:tag w:val="PRAWA_5"/>
                <w:id w:val="1101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38CDA255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2B84AD" w14:textId="77777777" w:rsidR="00C91940" w:rsidRDefault="00982C51">
            <w:r>
              <w:t>Oceny ryzyka dla zdrowia i bezpieczeństwa pracowników i gości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8D9659" w14:textId="77777777" w:rsidR="00C91940" w:rsidRDefault="00982C51">
            <w:sdt>
              <w:sdtPr>
                <w:alias w:val="PRAWA_6"/>
                <w:tag w:val="PRAWA_6"/>
                <w:id w:val="1102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376E826C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D97417" w14:textId="77777777" w:rsidR="00C91940" w:rsidRDefault="00982C51">
            <w:r>
              <w:t>Regularnych szkoleń pracowników w zakresie zagrożeń dla zdrowia i bezpieczeństwa oraz dobrych praktyk pracy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476EB3" w14:textId="77777777" w:rsidR="00C91940" w:rsidRDefault="00982C51">
            <w:sdt>
              <w:sdtPr>
                <w:alias w:val="PRAWA_7"/>
                <w:tag w:val="PRAWA_7"/>
                <w:id w:val="1103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6B7A3223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8E4852" w14:textId="77777777" w:rsidR="00C91940" w:rsidRDefault="00982C51">
            <w:r>
              <w:t>Regularnych badań lekarskich pracowników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793885" w14:textId="77777777" w:rsidR="00C91940" w:rsidRDefault="00982C51">
            <w:sdt>
              <w:sdtPr>
                <w:alias w:val="PRAWA_8"/>
                <w:tag w:val="PRAWA_8"/>
                <w:id w:val="1104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  <w:tr w:rsidR="00C91940" w14:paraId="51380CC9" w14:textId="77777777">
        <w:trPr>
          <w:cantSplit/>
        </w:trPr>
        <w:tc>
          <w:tcPr>
            <w:tcW w:w="76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E2512A" w14:textId="77777777" w:rsidR="00C91940" w:rsidRDefault="00982C51">
            <w:r>
              <w:t>Przeciwdziałania nękaniu i dyskryminacji w pracy</w:t>
            </w:r>
          </w:p>
        </w:tc>
        <w:tc>
          <w:tcPr>
            <w:tcW w:w="18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509A31" w14:textId="77777777" w:rsidR="00C91940" w:rsidRDefault="00982C51">
            <w:sdt>
              <w:sdtPr>
                <w:alias w:val="PRAWA_9"/>
                <w:tag w:val="PRAWA_9"/>
                <w:id w:val="1105"/>
                <w:dropDownList>
                  <w:listItem w:displayText="— wybierz —" w:value=""/>
                  <w:listItem w:displayText="Tak" w:value="Tak"/>
                  <w:listItem w:displayText="Nie" w:value="Nie"/>
                </w:dropDownList>
              </w:sdtPr>
              <w:sdtEndPr/>
              <w:sdtContent>
                <w:r>
                  <w:rPr>
                    <w:color w:val="555555"/>
                    <w:shd w:val="clear" w:color="auto" w:fill="EAF2F2"/>
                  </w:rPr>
                  <w:t>— wybierz —</w:t>
                </w:r>
              </w:sdtContent>
            </w:sdt>
          </w:p>
        </w:tc>
      </w:tr>
    </w:tbl>
    <w:p w14:paraId="6E4F63B1" w14:textId="77777777" w:rsidR="00C91940" w:rsidRDefault="00C91940"/>
    <w:p w14:paraId="76B073FC" w14:textId="77777777" w:rsidR="00C91940" w:rsidRDefault="00982C51">
      <w:pPr>
        <w:pStyle w:val="Nagwek1"/>
      </w:pPr>
      <w:r>
        <w:t>Klauzula informacyjna o przetwarzaniu danych osobowych</w:t>
      </w:r>
    </w:p>
    <w:p w14:paraId="6A5E7FF5" w14:textId="77777777" w:rsidR="00C91940" w:rsidRDefault="00982C51">
      <w:r>
        <w:t>Zgodnie z art. 13 ust. 1 i 2 Rozporządzenia Parlamentu Europejskiego i Rady (UE) 2016/679 z dnia 27 kwietnia 2016 r. (RODO), informujemy o zasadach przetwarzania Państwa danych w związku z udziałem w badaniu:</w:t>
      </w:r>
    </w:p>
    <w:p w14:paraId="465FCC1F" w14:textId="77777777" w:rsidR="00C91940" w:rsidRDefault="00982C51">
      <w:pPr>
        <w:ind w:left="283" w:hanging="283"/>
      </w:pPr>
      <w:r>
        <w:rPr>
          <w:b/>
        </w:rPr>
        <w:lastRenderedPageBreak/>
        <w:t xml:space="preserve">1. Administrator Danych: </w:t>
      </w:r>
      <w:r>
        <w:t>Administratorem Państwa danych osobowych jest Stowarzyszenie Konferencje i Kongresy w Polsce (SKKP) z siedzibą w Warszawie, ul. Piękna 24/26A.</w:t>
      </w:r>
    </w:p>
    <w:p w14:paraId="64268D3D" w14:textId="77777777" w:rsidR="00C91940" w:rsidRDefault="00982C51">
      <w:pPr>
        <w:ind w:left="283" w:hanging="283"/>
      </w:pPr>
      <w:r>
        <w:rPr>
          <w:b/>
        </w:rPr>
        <w:t xml:space="preserve">2. Cel przetwarzania: </w:t>
      </w:r>
      <w:r>
        <w:t>Dane są zbierane w celu przeprowadzenia badania poziomu zrównoważonego rozwoju obiektów konferencyjnych w Polsce, opracowania zbiorczego raportu statystycznego oraz promocji dobrych praktyk. Dostęp do danych mają pracownicy biura i zarząd SKKP.</w:t>
      </w:r>
    </w:p>
    <w:p w14:paraId="36053E0B" w14:textId="77777777" w:rsidR="00C91940" w:rsidRDefault="00982C51">
      <w:pPr>
        <w:ind w:left="283" w:hanging="283"/>
      </w:pPr>
      <w:r>
        <w:rPr>
          <w:b/>
        </w:rPr>
        <w:t xml:space="preserve">3. Podstawa prawna: </w:t>
      </w:r>
      <w:r>
        <w:t>Przetwarzanie odbywa się na podstawie Państwa dobrowolnej zgody (art. 6 ust. 1 lit. a RODO), wyrażonej poprzez przystąpienie do wypełniania ankiety i jej przesłanie.</w:t>
      </w:r>
    </w:p>
    <w:p w14:paraId="022A0085" w14:textId="77777777" w:rsidR="00C91940" w:rsidRDefault="00982C51">
      <w:pPr>
        <w:ind w:left="283" w:hanging="283"/>
      </w:pPr>
      <w:r>
        <w:rPr>
          <w:b/>
        </w:rPr>
        <w:t xml:space="preserve">4. Poufność i anonimizacja: </w:t>
      </w:r>
      <w:r>
        <w:t>Wyniki badania będą publikowane wyłącznie w formie zestawień zbiorczych (agregowanych), które uniemożliwiają identyfikację konkretnego obiektu lub osoby, chyba że organizacja wyrazi wyraźną zgodę na publikację swojego studium przypadku (case study).</w:t>
      </w:r>
    </w:p>
    <w:p w14:paraId="20629D99" w14:textId="77777777" w:rsidR="00C91940" w:rsidRDefault="00982C51">
      <w:pPr>
        <w:ind w:left="283" w:hanging="283"/>
      </w:pPr>
      <w:r>
        <w:rPr>
          <w:b/>
        </w:rPr>
        <w:t xml:space="preserve">5. Okres przechowywania: </w:t>
      </w:r>
      <w:r>
        <w:t>Dane będą przechowywane przez okres niezbędny do opracowania raportu oraz przez czas trwania projektów edukacyjnych SKKP związanych z wynikami badania, nie dłużej niż przez 3 lata od zakończenia ankiety.</w:t>
      </w:r>
    </w:p>
    <w:p w14:paraId="0244C1AB" w14:textId="77777777" w:rsidR="00C91940" w:rsidRDefault="00982C51">
      <w:pPr>
        <w:ind w:left="283" w:hanging="283"/>
      </w:pPr>
      <w:r>
        <w:rPr>
          <w:b/>
        </w:rPr>
        <w:t xml:space="preserve">6. Prawa uczestnika: </w:t>
      </w:r>
      <w:r>
        <w:t>Posiadają Państwo prawo do dostępu do treści swoich danych, ich sprostowania, usunięcia, ograniczenia przetwarzania oraz prawo do wycofania zgody w dowolnym momencie (bez wpływu na zgodność z prawem przetwarzania, którego dokonano przed jej wycofaniem). Uczestnik ma prawo wniesienia skargi do organu nadzorczego (Prezesa Urzędu Ochrony Danych Osobowych - PUODO).</w:t>
      </w:r>
    </w:p>
    <w:p w14:paraId="22C66163" w14:textId="77777777" w:rsidR="00C91940" w:rsidRDefault="00982C51">
      <w:pPr>
        <w:ind w:left="283" w:hanging="283"/>
      </w:pPr>
      <w:r>
        <w:rPr>
          <w:b/>
        </w:rPr>
        <w:t xml:space="preserve">7. Kontakt: </w:t>
      </w:r>
      <w:r>
        <w:t>W sprawach związanych z ochroną danych osobowych mogą Państwo kontaktować się bezpośrednio z biurem Stowarzyszenia pod adresem e-mail: biuro@skkp.org.pl.</w:t>
      </w:r>
    </w:p>
    <w:sectPr w:rsidR="00C91940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80982" w14:textId="77777777" w:rsidR="00982C51" w:rsidRDefault="00982C51">
      <w:pPr>
        <w:spacing w:after="0" w:line="240" w:lineRule="auto"/>
      </w:pPr>
      <w:r>
        <w:separator/>
      </w:r>
    </w:p>
  </w:endnote>
  <w:endnote w:type="continuationSeparator" w:id="0">
    <w:p w14:paraId="55A42A60" w14:textId="77777777" w:rsidR="00982C51" w:rsidRDefault="00982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6F730" w14:textId="77777777" w:rsidR="00C91940" w:rsidRDefault="00982C51">
    <w:pPr>
      <w:pStyle w:val="Stopka"/>
      <w:jc w:val="center"/>
    </w:pPr>
    <w:proofErr w:type="spellStart"/>
    <w:r>
      <w:rPr>
        <w:color w:val="6E6E6E"/>
        <w:sz w:val="16"/>
      </w:rPr>
      <w:t>Stowarzyszenie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Konferencje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i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Kongresy</w:t>
    </w:r>
    <w:proofErr w:type="spellEnd"/>
    <w:r>
      <w:rPr>
        <w:color w:val="6E6E6E"/>
        <w:sz w:val="16"/>
      </w:rPr>
      <w:t xml:space="preserve"> w </w:t>
    </w:r>
    <w:proofErr w:type="spellStart"/>
    <w:r>
      <w:rPr>
        <w:color w:val="6E6E6E"/>
        <w:sz w:val="16"/>
      </w:rPr>
      <w:t>Polsce</w:t>
    </w:r>
    <w:proofErr w:type="spellEnd"/>
    <w:r>
      <w:rPr>
        <w:color w:val="6E6E6E"/>
        <w:sz w:val="16"/>
      </w:rPr>
      <w:t xml:space="preserve"> (SKKP) | </w:t>
    </w:r>
    <w:proofErr w:type="spellStart"/>
    <w:r>
      <w:rPr>
        <w:color w:val="6E6E6E"/>
        <w:sz w:val="16"/>
      </w:rPr>
      <w:t>Ankieta</w:t>
    </w:r>
    <w:proofErr w:type="spellEnd"/>
    <w:r>
      <w:rPr>
        <w:color w:val="6E6E6E"/>
        <w:sz w:val="16"/>
      </w:rPr>
      <w:t xml:space="preserve"> ESG - </w:t>
    </w:r>
    <w:proofErr w:type="spellStart"/>
    <w:r>
      <w:rPr>
        <w:color w:val="6E6E6E"/>
        <w:sz w:val="16"/>
      </w:rPr>
      <w:t>wersja</w:t>
    </w:r>
    <w:proofErr w:type="spellEnd"/>
    <w:r>
      <w:rPr>
        <w:color w:val="6E6E6E"/>
        <w:sz w:val="16"/>
      </w:rPr>
      <w:t xml:space="preserve"> Word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9E8CB" w14:textId="77777777" w:rsidR="00982C51" w:rsidRDefault="00982C51">
      <w:pPr>
        <w:spacing w:after="0" w:line="240" w:lineRule="auto"/>
      </w:pPr>
      <w:r>
        <w:separator/>
      </w:r>
    </w:p>
  </w:footnote>
  <w:footnote w:type="continuationSeparator" w:id="0">
    <w:p w14:paraId="607B8A64" w14:textId="77777777" w:rsidR="00982C51" w:rsidRDefault="00982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1026844">
    <w:abstractNumId w:val="8"/>
  </w:num>
  <w:num w:numId="2" w16cid:durableId="720641934">
    <w:abstractNumId w:val="6"/>
  </w:num>
  <w:num w:numId="3" w16cid:durableId="412747665">
    <w:abstractNumId w:val="5"/>
  </w:num>
  <w:num w:numId="4" w16cid:durableId="673917079">
    <w:abstractNumId w:val="4"/>
  </w:num>
  <w:num w:numId="5" w16cid:durableId="1265531689">
    <w:abstractNumId w:val="7"/>
  </w:num>
  <w:num w:numId="6" w16cid:durableId="676035958">
    <w:abstractNumId w:val="3"/>
  </w:num>
  <w:num w:numId="7" w16cid:durableId="2071876636">
    <w:abstractNumId w:val="2"/>
  </w:num>
  <w:num w:numId="8" w16cid:durableId="1984312274">
    <w:abstractNumId w:val="1"/>
  </w:num>
  <w:num w:numId="9" w16cid:durableId="2067140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82C51"/>
    <w:rsid w:val="00AA1D8D"/>
    <w:rsid w:val="00B47730"/>
    <w:rsid w:val="00C91940"/>
    <w:rsid w:val="00CB0664"/>
    <w:rsid w:val="00F57A5B"/>
    <w:rsid w:val="00F92D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361CC"/>
  <w14:defaultImageDpi w14:val="300"/>
  <w15:docId w15:val="{14609F32-4878-49A9-A4FB-6F08718DB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5D5D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5D5D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ction">
    <w:name w:val="Instruction"/>
    <w:pPr>
      <w:spacing w:after="80"/>
    </w:pPr>
    <w:rPr>
      <w:rFonts w:ascii="Aptos" w:hAnsi="Aptos"/>
      <w:i/>
      <w:color w:val="5A5A5A"/>
      <w:sz w:val="18"/>
    </w:rPr>
  </w:style>
  <w:style w:type="character" w:styleId="Hipercze">
    <w:name w:val="Hyperlink"/>
    <w:basedOn w:val="Domylnaczcionkaakapitu"/>
    <w:uiPriority w:val="99"/>
    <w:unhideWhenUsed/>
    <w:rsid w:val="00F57A5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7A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ademia@skkp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2485</Words>
  <Characters>14914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SKKP ESG - Obiekt/hotel konferencyjny</dc:title>
  <dc:subject>Interaktywny formularz Word</dc:subject>
  <dc:creator>Stowarzyszenie Konferencje i Kongresy w Polsce (SKKP)</dc:creator>
  <cp:keywords/>
  <dc:description>generated by python-docx</dc:description>
  <cp:lastModifiedBy>Anna Jędrocha</cp:lastModifiedBy>
  <cp:revision>2</cp:revision>
  <dcterms:created xsi:type="dcterms:W3CDTF">2026-10-19T08:26:00Z</dcterms:created>
  <dcterms:modified xsi:type="dcterms:W3CDTF">2026-10-19T08:26:00Z</dcterms:modified>
  <cp:category/>
</cp:coreProperties>
</file>